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Dilimizin Zenginlikleri Projesi Okul Öncesi Aylık Faaliyet Raporu Şablonu</w:t>
      </w:r>
    </w:p>
    <w:p>
      <w:pPr>
        <w:jc w:val="center"/>
      </w:pPr>
      <w:r>
        <w:t>Ocak 2027 | 2026 2027 eğitim ve öğretim yılı</w:t>
      </w:r>
    </w:p>
    <w:p>
      <w:pPr>
        <w:spacing w:after="100"/>
      </w:pPr>
      <w:r>
        <w:rPr>
          <w:b/>
        </w:rPr>
        <w:t xml:space="preserve">Okulun adı </w:t>
      </w:r>
      <w:r>
        <w:t>........................................................................................................</w:t>
      </w:r>
    </w:p>
    <w:p>
      <w:pPr>
        <w:spacing w:after="100"/>
      </w:pPr>
      <w:r>
        <w:rPr>
          <w:b/>
        </w:rPr>
        <w:t xml:space="preserve">İl ve ilçe </w:t>
      </w:r>
      <w:r>
        <w:t>........................................................................................................</w:t>
      </w:r>
    </w:p>
    <w:p>
      <w:pPr>
        <w:spacing w:after="100"/>
      </w:pPr>
      <w:r>
        <w:rPr>
          <w:b/>
        </w:rPr>
        <w:t xml:space="preserve">Hazırlayan okul yürütme komisyonu </w:t>
      </w:r>
      <w:r>
        <w:t>........................................................................................................</w:t>
      </w:r>
    </w:p>
    <w:p>
      <w:pPr>
        <w:pStyle w:val="Heading1"/>
      </w:pPr>
      <w:r>
        <w:t>Aylık çalışma odağı</w:t>
      </w:r>
    </w:p>
    <w:p>
      <w:r>
        <w:t>Kültürel ögelerle tekerleme, şiir ve şarkı; dönem sonu iyi örnekler. Aşağıdaki adımlar Bakanlığın ilgili kademe eylem planından alınmıştır. Okulda gerçekleştirilenler, gerçekleşme tarihleri ve kanıtları doldurulmadan rapor tamamlanmış sayılmaz.</w:t>
      </w:r>
    </w:p>
    <w:p>
      <w:pPr>
        <w:pStyle w:val="Heading1"/>
      </w:pPr>
      <w:r>
        <w:t>Eylem planındaki adımlar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417"/>
        <w:gridCol w:w="6066"/>
        <w:gridCol w:w="2268"/>
      </w:tblGrid>
      <w:tr>
        <w:tc>
          <w:tcPr>
            <w:tcW w:type="dxa" w:w="3324"/>
            <w:vAlign w:val="center"/>
            <w:shd w:fill="DCEAF5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sz w:val="16"/>
              </w:rPr>
              <w:t>Takvim</w:t>
            </w:r>
          </w:p>
        </w:tc>
        <w:tc>
          <w:tcPr>
            <w:tcW w:type="dxa" w:w="3324"/>
            <w:vAlign w:val="center"/>
            <w:shd w:fill="DCEAF5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sz w:val="16"/>
              </w:rPr>
              <w:t>Plan adımı</w:t>
            </w:r>
          </w:p>
        </w:tc>
        <w:tc>
          <w:tcPr>
            <w:tcW w:type="dxa" w:w="3324"/>
            <w:vAlign w:val="center"/>
            <w:shd w:fill="DCEAF5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sz w:val="16"/>
              </w:rPr>
              <w:t>Sorumlu düzey</w:t>
            </w:r>
          </w:p>
        </w:tc>
      </w:tr>
      <w:tr>
        <w:tc>
          <w:tcPr>
            <w:tcW w:type="dxa" w:w="141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sz w:val="16"/>
              </w:rPr>
              <w:t>04.01.2027</w:t>
              <w:br/>
              <w:t>08.01.2027</w:t>
            </w:r>
          </w:p>
        </w:tc>
        <w:tc>
          <w:tcPr>
            <w:tcW w:type="dxa" w:w="606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sz w:val="16"/>
              </w:rPr>
              <w:t>6.2. Ele alınması planlanan başlıklara yönelik tekerleme/şiir/şarkı hazırlanır. Hazırlanan eğitim içerikleri eğitim akışlarında kullanılır.</w:t>
            </w:r>
          </w:p>
        </w:tc>
        <w:tc>
          <w:tcPr>
            <w:tcW w:type="dxa" w:w="22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sz w:val="16"/>
              </w:rPr>
              <w:t>Okul Yürütme Komisyonu</w:t>
            </w:r>
          </w:p>
        </w:tc>
      </w:tr>
      <w:tr>
        <w:tc>
          <w:tcPr>
            <w:tcW w:type="dxa" w:w="141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sz w:val="16"/>
              </w:rPr>
              <w:t>11.01.2027</w:t>
              <w:br/>
              <w:t>22.01.2027</w:t>
            </w:r>
          </w:p>
        </w:tc>
        <w:tc>
          <w:tcPr>
            <w:tcW w:type="dxa" w:w="606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sz w:val="16"/>
              </w:rPr>
              <w:t>6.3. Dönem boyunca proje kapsamında yapılan faaliyetler arasından seçilen iyi örneklerin okul, ilçe ve il düzeyinde paylaşımları yapılır.</w:t>
            </w:r>
          </w:p>
        </w:tc>
        <w:tc>
          <w:tcPr>
            <w:tcW w:type="dxa" w:w="22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sz w:val="16"/>
              </w:rPr>
              <w:t>İl Yürütme Komisyonu İlçe Yürütme Komisyonu Okul Yürütme Komisyonu</w:t>
            </w:r>
          </w:p>
        </w:tc>
      </w:tr>
    </w:tbl>
    <w:p>
      <w:pPr>
        <w:pStyle w:val="Heading1"/>
      </w:pPr>
      <w:r>
        <w:t>Okulda uygulanan faaliyetlerin kaydı</w:t>
      </w:r>
    </w:p>
    <w:p>
      <w:r>
        <w:t>Yalnız fiilen gerçekleştirilen okul faaliyetlerini yazınız. İl ve ilçe yürütme komisyonlarına ait yarışma, seçme veya şölen adımları için okulun katılımını ve gelen duyuruyu ayrıca belirtiniz.</w:t>
      </w:r>
    </w:p>
    <w:p>
      <w:pPr/>
      <w:r>
        <w:rPr>
          <w:b/>
        </w:rPr>
        <w:t xml:space="preserve">Gerçekleşen etkinlikler ve tarihleri: </w:t>
      </w:r>
      <w:r>
        <w:t>........................................................................................................</w:t>
      </w:r>
    </w:p>
    <w:p>
      <w:pPr/>
      <w:r>
        <w:rPr>
          <w:b/>
        </w:rPr>
        <w:t xml:space="preserve">Katılan sınıflar ve öğrenci sayısı: </w:t>
      </w:r>
      <w:r>
        <w:t>........................................................................................................</w:t>
      </w:r>
    </w:p>
    <w:p>
      <w:pPr/>
      <w:r>
        <w:rPr>
          <w:b/>
        </w:rPr>
        <w:t xml:space="preserve">Kullanılan eserler sözlükler ve materyaller: </w:t>
      </w:r>
      <w:r>
        <w:t>........................................................................................................</w:t>
      </w:r>
    </w:p>
    <w:p>
      <w:pPr/>
      <w:r>
        <w:rPr>
          <w:b/>
        </w:rPr>
        <w:t xml:space="preserve">Öğrencilerin ürettiği ürünler ve öğrenilen kelimeler: </w:t>
      </w:r>
      <w:r>
        <w:t>........................................................................................................</w:t>
      </w:r>
    </w:p>
    <w:p>
      <w:pPr/>
      <w:r>
        <w:rPr>
          <w:b/>
        </w:rPr>
        <w:t xml:space="preserve">Erişilebilirlik ve farklılaştırma için yapılan uyarlamalar: </w:t>
      </w:r>
      <w:r>
        <w:t>........................................................................................................</w:t>
      </w:r>
    </w:p>
    <w:p>
      <w:pPr/>
      <w:r>
        <w:rPr>
          <w:b/>
        </w:rPr>
        <w:t xml:space="preserve">Duyuru veli katılımı ve iş birliği: </w:t>
      </w:r>
      <w:r>
        <w:t>........................................................................................................</w:t>
      </w:r>
    </w:p>
    <w:p>
      <w:pPr/>
      <w:r>
        <w:rPr>
          <w:b/>
        </w:rPr>
        <w:t xml:space="preserve">Ölçme ve gözlem sonuçları: </w:t>
      </w:r>
      <w:r>
        <w:t>........................................................................................................</w:t>
      </w:r>
    </w:p>
    <w:p>
      <w:pPr/>
      <w:r>
        <w:rPr>
          <w:b/>
        </w:rPr>
        <w:t xml:space="preserve">Ulaşılamayan adımlar ve gerekçesi: </w:t>
      </w:r>
      <w:r>
        <w:t>........................................................................................................</w:t>
      </w:r>
    </w:p>
    <w:p>
      <w:pPr/>
      <w:r>
        <w:rPr>
          <w:b/>
        </w:rPr>
        <w:t xml:space="preserve">Sonraki aya devreden işler: </w:t>
      </w:r>
      <w:r>
        <w:t>........................................................................................................</w:t>
      </w:r>
    </w:p>
    <w:p>
      <w:pPr>
        <w:pStyle w:val="Heading1"/>
      </w:pPr>
      <w:r>
        <w:t>Kanıt ve dosyalama kontrolü</w:t>
      </w:r>
    </w:p>
    <w:p>
      <w:pPr/>
      <w:r>
        <w:t>☐ Etkinlik duyurusu veya çalışma takvimi</w:t>
      </w:r>
    </w:p>
    <w:p>
      <w:pPr/>
      <w:r>
        <w:t>☐ Öğrenci ürünleri ve pano sergi kaydı</w:t>
      </w:r>
    </w:p>
    <w:p>
      <w:pPr/>
      <w:r>
        <w:t>☐ Katılım çizelgesi ve varsa değerlendirme tutanağı</w:t>
      </w:r>
    </w:p>
    <w:p>
      <w:pPr/>
      <w:r>
        <w:t>☐ Görsel paylaşımında izin ve kişisel veri kontrolü</w:t>
      </w:r>
    </w:p>
    <w:p>
      <w:pPr/>
      <w:r>
        <w:t>☐ İlgili mevzuata göre e Okul Sosyal Etkinlik Modülü kaydı</w:t>
      </w:r>
    </w:p>
    <w:p>
      <w:pPr>
        <w:pStyle w:val="Heading1"/>
      </w:pPr>
      <w:r>
        <w:t>Sonuç ve onay</w:t>
      </w:r>
    </w:p>
    <w:p>
      <w:r>
        <w:t>Bu ayın çalışmalarında öğrencilerin söz varlığına ilişkin gözlenen gelişme ve geliştirilmesi gereken alanlar: ............................................................................................................................</w:t>
      </w:r>
    </w:p>
    <w:p>
      <w:pPr>
        <w:spacing w:after="100"/>
      </w:pPr>
      <w:r>
        <w:rPr>
          <w:b/>
        </w:rPr>
        <w:t xml:space="preserve">Rapor tarihi </w:t>
      </w:r>
      <w:r>
        <w:t>........................................................................................................</w:t>
      </w:r>
    </w:p>
    <w:p>
      <w:pPr>
        <w:spacing w:after="100"/>
      </w:pPr>
      <w:r>
        <w:rPr>
          <w:b/>
        </w:rPr>
        <w:t xml:space="preserve">Komisyon başkanı adı soyadı ve imza </w:t>
      </w:r>
      <w:r>
        <w:t>........................................................................................................</w:t>
      </w:r>
    </w:p>
    <w:p>
      <w:pPr>
        <w:spacing w:after="100"/>
      </w:pPr>
      <w:r>
        <w:rPr>
          <w:b/>
        </w:rPr>
        <w:t xml:space="preserve">Okul müdürü adı soyadı ve imza </w:t>
      </w:r>
      <w:r>
        <w:t>........................................................................................................</w:t>
      </w:r>
    </w:p>
    <w:sectPr w:rsidR="00FC693F" w:rsidRPr="0006063C" w:rsidSect="00034616">
      <w:pgSz w:w="12240" w:h="15840"/>
      <w:pgMar w:top="1077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Aptos" w:hAnsi="Aptos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" w:hAnsi="Aptos"/>
      <w:b/>
      <w:bCs/>
      <w:color w:val="000000"/>
      <w:sz w:val="2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" w:hAnsi="Apto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" w:hAnsi="Aptos"/>
      <w:color w:val="000000"/>
      <w:spacing w:val="5"/>
      <w:kern w:val="28"/>
      <w:sz w:val="3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Dilimizin Zenginlikleri Projesi aylık faaliyet raporu</dc:subject>
  <dc:creator>MEBBilgi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