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Okul Öncesi Aylık Faaliyet Raporu Şablonu</w:t>
      </w:r>
    </w:p>
    <w:p>
      <w:pPr>
        <w:jc w:val="center"/>
      </w:pPr>
      <w:r>
        <w:t>Şubat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Söyle Çiz çalışması ve tematik kelime kartlarının hazırlanması.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08.02.2027</w:t>
              <w:br/>
              <w:t>12.02.2027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7.1. Etkileşimli kitap okuma yönteminde belirlenen bilinmeyen kelimelere yönelik "Söyle-Çiz" etkinliği gerçekleştirilir. (bk. Ek 5)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15.02.2027</w:t>
              <w:br/>
              <w:t>19.02.2027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7.2. Kelimeler temalar bağlamında ayrıştırılır.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22.02.2027</w:t>
              <w:br/>
              <w:t>26.02.2027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7.3. Tüm sınıfın etkin katılımıyla bilinmeyen kelimelere yönelik kelime kartları hazırlanır.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