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Dilimizin Zenginlikleri Projesi Ortaokul Aylık Faaliyet Raporu Şablonu</w:t>
      </w:r>
    </w:p>
    <w:p>
      <w:pPr>
        <w:jc w:val="center"/>
      </w:pPr>
      <w:r>
        <w:t>Mart 2027 | 2026 2027 eğitim ve öğretim yılı</w:t>
      </w:r>
    </w:p>
    <w:p>
      <w:pPr>
        <w:spacing w:after="100"/>
      </w:pPr>
      <w:r>
        <w:rPr>
          <w:b/>
        </w:rPr>
        <w:t xml:space="preserve">Okulun adı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İl ve ilçe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Hazırlayan okul yürütme komisyonu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Aylık çalışma odağı</w:t>
      </w:r>
    </w:p>
    <w:p>
      <w:r>
        <w:t>Ürün sergisi, Mehmet Âkif Ersoy ve kelime türetme. Aşağıdaki adımlar Bakanlığın ilgili kademe eylem planından alınmıştır. Okulda gerçekleştirilenler, gerçekleşme tarihleri ve kanıtları doldurulmadan rapor tamamlanmış sayılmaz.</w:t>
      </w:r>
    </w:p>
    <w:p>
      <w:pPr>
        <w:pStyle w:val="Heading1"/>
      </w:pPr>
      <w:r>
        <w:t>Eylem planındaki adımlar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417"/>
        <w:gridCol w:w="6066"/>
        <w:gridCol w:w="2268"/>
      </w:tblGrid>
      <w:tr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Takvim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Plan adımı</w:t>
            </w:r>
          </w:p>
        </w:tc>
        <w:tc>
          <w:tcPr>
            <w:tcW w:type="dxa" w:w="3324"/>
            <w:vAlign w:val="center"/>
            <w:shd w:fill="DCEAF5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Sorumlu düzey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01.03.2027</w:t>
              <w:br/>
              <w:t>05.03.2027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7.4. Ortaya çıkan ürünlerden oluşan okul sergisi düzenlenir.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15.03.2027</w:t>
              <w:br/>
              <w:t>19.03.2027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8.1. Öğrenciler, İstiklâl Marşı'nda geçen kelimeleri (vatan, bayrak, millet vb.) belirleyerek bu kelimelerle sınıfın “Değerler Ağacı”nı oluşturur ve seçtikleri bir değerin kendileri için ifade ettiği anlamı yansıtan bir oyun tasarlar ve canlandırırlar.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22.03.2027</w:t>
              <w:br/>
              <w:t>26.03.2027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8.2. Tüm sınıflarda "Kelime Türetme" etkinliği yapılır. (bk. Ek 6)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  <w:tr>
        <w:tc>
          <w:tcPr>
            <w:tcW w:type="dxa" w:w="1417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29.03.2027</w:t>
              <w:br/>
              <w:t>02.04.2027</w:t>
            </w:r>
          </w:p>
        </w:tc>
        <w:tc>
          <w:tcPr>
            <w:tcW w:type="dxa" w:w="606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8.3. Millî ve kültürel değerleri yansıtan şiirler okunur, panolarda paylaşılır ve şiir kartları hazırlanarak bu kartlarla anlatım etkinliği düzenlenir.</w:t>
            </w:r>
          </w:p>
        </w:tc>
        <w:tc>
          <w:tcPr>
            <w:tcW w:type="dxa" w:w="226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after="40"/>
            </w:pPr>
            <w:r>
              <w:rPr>
                <w:sz w:val="16"/>
              </w:rPr>
              <w:t>Okul Yürütme Komisyonu</w:t>
            </w:r>
          </w:p>
        </w:tc>
      </w:tr>
    </w:tbl>
    <w:p>
      <w:pPr>
        <w:pStyle w:val="Heading1"/>
      </w:pPr>
      <w:r>
        <w:t>Okulda uygulanan faaliyetlerin kaydı</w:t>
      </w:r>
    </w:p>
    <w:p>
      <w:r>
        <w:t>Yalnız fiilen gerçekleştirilen okul faaliyetlerini yazınız. İl ve ilçe yürütme komisyonlarına ait yarışma, seçme veya şölen adımları için okulun katılımını ve gelen duyuruyu ayrıca belirtiniz.</w:t>
      </w:r>
    </w:p>
    <w:p>
      <w:pPr/>
      <w:r>
        <w:rPr>
          <w:b/>
        </w:rPr>
        <w:t xml:space="preserve">Gerçekleşen etkinlikler ve tarihleri: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Katılan sınıflar ve öğrenci sayısı: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Kullanılan eserler sözlükler ve materyaller: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Öğrencilerin ürettiği ürünler ve öğrenilen kelimeler: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Erişilebilirlik ve farklılaştırma için yapılan uyarlamalar: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Duyuru veli katılımı ve iş birliği: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Ölçme ve gözlem sonuçları: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Ulaşılamayan adımlar ve gerekçesi: </w:t>
      </w:r>
      <w:r>
        <w:t>........................................................................................................</w:t>
      </w:r>
    </w:p>
    <w:p>
      <w:pPr/>
      <w:r>
        <w:rPr>
          <w:b/>
        </w:rPr>
        <w:t xml:space="preserve">Sonraki aya devreden işler: </w:t>
      </w:r>
      <w:r>
        <w:t>........................................................................................................</w:t>
      </w:r>
    </w:p>
    <w:p>
      <w:pPr>
        <w:pStyle w:val="Heading1"/>
      </w:pPr>
      <w:r>
        <w:t>Kanıt ve dosyalama kontrolü</w:t>
      </w:r>
    </w:p>
    <w:p>
      <w:pPr/>
      <w:r>
        <w:t>☐ Etkinlik duyurusu veya çalışma takvimi</w:t>
      </w:r>
    </w:p>
    <w:p>
      <w:pPr/>
      <w:r>
        <w:t>☐ Öğrenci ürünleri ve pano sergi kaydı</w:t>
      </w:r>
    </w:p>
    <w:p>
      <w:pPr/>
      <w:r>
        <w:t>☐ Katılım çizelgesi ve varsa değerlendirme tutanağı</w:t>
      </w:r>
    </w:p>
    <w:p>
      <w:pPr/>
      <w:r>
        <w:t>☐ Görsel paylaşımında izin ve kişisel veri kontrolü</w:t>
      </w:r>
    </w:p>
    <w:p>
      <w:pPr/>
      <w:r>
        <w:t>☐ İlgili mevzuata göre e Okul Sosyal Etkinlik Modülü kaydı</w:t>
      </w:r>
    </w:p>
    <w:p>
      <w:pPr>
        <w:pStyle w:val="Heading1"/>
      </w:pPr>
      <w:r>
        <w:t>Sonuç ve onay</w:t>
      </w:r>
    </w:p>
    <w:p>
      <w:r>
        <w:t>Bu ayın çalışmalarında öğrencilerin söz varlığına ilişkin gözlenen gelişme ve geliştirilmesi gereken alanlar: ............................................................................................................................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Rapor tarihi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Komisyon başkanı adı soyadı ve imza </w:t>
      </w:r>
      <w:r>
        <w:t>........................................................................................................</w:t>
      </w:r>
    </w:p>
    <w:p>
      <w:pPr>
        <w:spacing w:after="100"/>
      </w:pPr>
      <w:r>
        <w:rPr>
          <w:b/>
        </w:rPr>
        <w:t xml:space="preserve">Okul müdürü adı soyadı ve imza </w:t>
      </w:r>
      <w:r>
        <w:t>........................................................................................................</w:t>
      </w:r>
    </w:p>
    <w:sectPr w:rsidR="00FC693F" w:rsidRPr="0006063C" w:rsidSect="00034616">
      <w:pgSz w:w="12240" w:h="15840"/>
      <w:pgMar w:top="1077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ptos" w:hAnsi="Aptos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" w:hAnsi="Aptos"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Dilimizin Zenginlikleri Projesi aylık faaliyet raporu</dc:subject>
  <dc:creator>MEBBilgi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