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Nisan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Dede Korkut, mektup yarışması ve tiyatro etkinlikleri.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29.03.2027</w:t>
              <w:br/>
              <w:t>02.04.2027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8.3. Millî ve kültürel değerleri yansıtan şiirler okunur, panolarda paylaşılır ve şiir kartları hazırlanarak bu kartlarla anlatım etkinliği düzenlenir.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12.04.2027</w:t>
              <w:br/>
              <w:t>16.04.2027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9.1. Tüm sınıflarda "Bu Nedir?"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19.04.2027</w:t>
              <w:br/>
              <w:t>23.04.2027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9.2. İl genelinde “23 Nisan Ulusal Egemenlik ve Çocuk Bayramı: Dünya Çocuklarına Mesaj”adlı mektup yarışması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26.04.2027</w:t>
              <w:br/>
              <w:t>30.04.2027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9.3. Hikâyelerden okumalar ve tiyatro etkinlikleri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