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YAŞAM BECERİLERİ KULÜBÜ FAALİYET DEĞERLENDİRME FORMU</w:t>
      </w:r>
    </w:p>
    <w:p>
      <w:r>
        <w:t>Faaliyet gerçekleştikten sonra doldurulacak örnek kayıt. Planlanan fakat yapılmayan çalışmayı yapılmış gibi göstermeyin.</w:t>
      </w:r>
    </w:p>
    <w:p>
      <w:r>
        <w:rPr>
          <w:b/>
        </w:rPr>
        <w:t xml:space="preserve">Okul / kurum: </w:t>
      </w:r>
      <w:r>
        <w:t>........................................................................................................</w:t>
      </w:r>
    </w:p>
    <w:p>
      <w:r>
        <w:rPr>
          <w:b/>
        </w:rPr>
        <w:t xml:space="preserve">Etkinliğin adı: </w:t>
      </w:r>
      <w:r>
        <w:t>........................................................................................................</w:t>
      </w:r>
    </w:p>
    <w:p>
      <w:r>
        <w:rPr>
          <w:b/>
        </w:rPr>
        <w:t xml:space="preserve">Gerçekleşen tarih ve yer: </w:t>
      </w:r>
      <w:r>
        <w:t>........................................................................................................</w:t>
      </w:r>
    </w:p>
    <w:p>
      <w:r>
        <w:rPr>
          <w:b/>
        </w:rPr>
        <w:t xml:space="preserve">İlgili yıllık plan satırı / tema: </w:t>
      </w:r>
      <w:r>
        <w:t>........................................................................................................</w:t>
      </w:r>
    </w:p>
    <w:p>
      <w:r>
        <w:rPr>
          <w:b/>
        </w:rPr>
        <w:t xml:space="preserve">Danışman öğretmen: </w:t>
      </w:r>
      <w:r>
        <w:t>........................................................................................................</w:t>
      </w:r>
    </w:p>
    <w:p>
      <w:r>
        <w:rPr>
          <w:b/>
        </w:rPr>
        <w:t xml:space="preserve">Katılan öğrenci sayısı (gerçek sayı):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Uygulamanın kısa özeti</w:t>
      </w:r>
    </w:p>
    <w:p>
      <w:r>
        <w:t>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</w:t>
      </w:r>
    </w:p>
    <w:p>
      <w:pPr>
        <w:pStyle w:val="Heading1"/>
      </w:pPr>
      <w:r>
        <w:t>Öğrenci katılımı ve gözlenen kazanımlar</w:t>
      </w:r>
    </w:p>
    <w:p>
      <w:r>
        <w:t>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</w:t>
      </w:r>
    </w:p>
    <w:p>
      <w:pPr>
        <w:pStyle w:val="Heading1"/>
      </w:pPr>
      <w:r>
        <w:t>Karşılaşılan güçlükler ve bir sonraki adım</w:t>
      </w:r>
    </w:p>
    <w:p>
      <w:r>
        <w:t>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F2F4F7"/>
            <w:vAlign w:val="center"/>
          </w:tcPr>
          <w:p>
            <w:pPr>
              <w:spacing w:after="40"/>
            </w:pPr>
            <w:r>
              <w:rPr>
                <w:sz w:val="18"/>
              </w:rPr>
              <w:t>Ek / kanıt</w:t>
            </w:r>
          </w:p>
        </w:tc>
        <w:tc>
          <w:tcPr>
            <w:tcW w:type="dxa" w:w="5100"/>
            <w:shd w:fill="F2F4F7"/>
            <w:vAlign w:val="center"/>
          </w:tcPr>
          <w:p>
            <w:pPr>
              <w:spacing w:after="40"/>
            </w:pPr>
            <w:r>
              <w:rPr>
                <w:sz w:val="18"/>
              </w:rPr>
              <w:t>Durum</w:t>
            </w:r>
          </w:p>
        </w:tc>
      </w:tr>
      <w:tr>
        <w:tc>
          <w:tcPr>
            <w:tcW w:type="dxa" w:w="5100"/>
            <w:vAlign w:val="center"/>
          </w:tcPr>
          <w:p>
            <w:pPr>
              <w:spacing w:after="40"/>
            </w:pPr>
            <w:r>
              <w:rPr>
                <w:sz w:val="18"/>
              </w:rPr>
              <w:t>Katılım listesi (gerekiyorsa)</w:t>
            </w:r>
          </w:p>
        </w:tc>
        <w:tc>
          <w:tcPr>
            <w:tcW w:type="dxa" w:w="5100"/>
            <w:vAlign w:val="center"/>
          </w:tcPr>
          <w:p>
            <w:pPr>
              <w:spacing w:after="40"/>
            </w:pPr>
            <w:r>
              <w:rPr>
                <w:sz w:val="18"/>
              </w:rPr>
              <w:t>☐ Var  ☐ Yok</w:t>
            </w:r>
          </w:p>
        </w:tc>
      </w:tr>
      <w:tr>
        <w:tc>
          <w:tcPr>
            <w:tcW w:type="dxa" w:w="5100"/>
            <w:vAlign w:val="center"/>
          </w:tcPr>
          <w:p>
            <w:pPr>
              <w:spacing w:after="40"/>
            </w:pPr>
            <w:r>
              <w:rPr>
                <w:sz w:val="18"/>
              </w:rPr>
              <w:t>İzin / yazışma (gerekiyorsa)</w:t>
            </w:r>
          </w:p>
        </w:tc>
        <w:tc>
          <w:tcPr>
            <w:tcW w:type="dxa" w:w="5100"/>
            <w:vAlign w:val="center"/>
          </w:tcPr>
          <w:p>
            <w:pPr>
              <w:spacing w:after="40"/>
            </w:pPr>
            <w:r>
              <w:rPr>
                <w:sz w:val="18"/>
              </w:rPr>
              <w:t>☐ Var  ☐ Gerekmedi</w:t>
            </w:r>
          </w:p>
        </w:tc>
      </w:tr>
      <w:tr>
        <w:tc>
          <w:tcPr>
            <w:tcW w:type="dxa" w:w="5100"/>
            <w:vAlign w:val="center"/>
          </w:tcPr>
          <w:p>
            <w:pPr>
              <w:spacing w:after="40"/>
            </w:pPr>
            <w:r>
              <w:rPr>
                <w:sz w:val="18"/>
              </w:rPr>
              <w:t>Fotoğraf veya ürün (izinler gözetilerek)</w:t>
            </w:r>
          </w:p>
        </w:tc>
        <w:tc>
          <w:tcPr>
            <w:tcW w:type="dxa" w:w="5100"/>
            <w:vAlign w:val="center"/>
          </w:tcPr>
          <w:p>
            <w:pPr>
              <w:spacing w:after="40"/>
            </w:pPr>
            <w:r>
              <w:rPr>
                <w:sz w:val="18"/>
              </w:rPr>
              <w:t>☐ Var  ☐ Yok</w:t>
            </w:r>
          </w:p>
        </w:tc>
      </w:tr>
      <w:tr>
        <w:tc>
          <w:tcPr>
            <w:tcW w:type="dxa" w:w="5100"/>
            <w:vAlign w:val="center"/>
          </w:tcPr>
          <w:p>
            <w:pPr>
              <w:spacing w:after="40"/>
            </w:pPr>
            <w:r>
              <w:rPr>
                <w:sz w:val="18"/>
              </w:rPr>
              <w:t>e-Okul kaydı</w:t>
            </w:r>
          </w:p>
        </w:tc>
        <w:tc>
          <w:tcPr>
            <w:tcW w:type="dxa" w:w="5100"/>
            <w:vAlign w:val="center"/>
          </w:tcPr>
          <w:p>
            <w:pPr>
              <w:spacing w:after="40"/>
            </w:pPr>
            <w:r>
              <w:rPr>
                <w:sz w:val="18"/>
              </w:rPr>
              <w:t>☐ Kontrol edildi  ☐ Bekliyor</w:t>
            </w:r>
          </w:p>
        </w:tc>
      </w:tr>
    </w:tbl>
    <w:p>
      <w:r>
        <w:t>Danışman öğretmen adı soyadı / imza: .............................................................</w:t>
      </w:r>
    </w:p>
    <w:p>
      <w:r>
        <w:t>Kişisel veri içeren öğrenci listelerini ve görselleri herkese açık paylaşmayın.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t>MEBBilgi özgün örneğidir; resmî MEB formu değildir. Gerçek bilgi ve alınan kararlarla uyarlayın.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t>2026–2027  |  ÖĞRENCİ KULÜPLERİ  |  ÜCRETSİZ DÜZENLENEBİLİR ÖRNEK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