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OKUL ADI: ........................................................................</w:t>
      </w:r>
    </w:p>
    <w:p>
      <w:r>
        <w:t>2026–2027 EĞİTİM ÖĞRETİM YILI</w:t>
      </w:r>
    </w:p>
    <w:p/>
    <w:p/>
    <w:p/>
    <w:p>
      <w:pPr>
        <w:pStyle w:val="Title"/>
        <w:jc w:val="center"/>
      </w:pPr>
      <w:r>
        <w:t>YEŞILAY KULÜBÜ DOSYASI</w:t>
      </w:r>
    </w:p>
    <w:p/>
    <w:p/>
    <w:p/>
    <w:p/>
    <w:p>
      <w:r>
        <w:t>Danışman öğretmen: ............................................................</w:t>
      </w:r>
    </w:p>
    <w:p>
      <w:r>
        <w:t>Sınıf / kademe: ....................................................................</w:t>
      </w:r>
    </w:p>
    <w:p>
      <w:r>
        <w:t>Hazırlanma tarihi: ...... / ...... / 2026</w:t>
      </w:r>
    </w:p>
    <w:sectPr w:rsidR="00FC693F" w:rsidRPr="0006063C" w:rsidSect="00034616">
      <w:pgSz w:w="11906" w:h="16838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