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TARIH VE KÜLTÜREL MIRAS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