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OKUL ADI: ........................................................................</w:t>
      </w:r>
    </w:p>
    <w:p>
      <w:r>
        <w:t>2026–2027 EĞİTİM ÖĞRETİM YILI</w:t>
      </w:r>
    </w:p>
    <w:p/>
    <w:p/>
    <w:p/>
    <w:p>
      <w:pPr>
        <w:pStyle w:val="Title"/>
        <w:jc w:val="center"/>
      </w:pPr>
      <w:r>
        <w:t>YAŞAM BECERILERI KULÜBÜ DOSYASI</w:t>
      </w:r>
    </w:p>
    <w:p/>
    <w:p/>
    <w:p/>
    <w:p/>
    <w:p>
      <w:r>
        <w:t>Danışman öğretmen: ............................................................</w:t>
      </w:r>
    </w:p>
    <w:p>
      <w:r>
        <w:t>Sınıf / kademe: ....................................................................</w:t>
      </w:r>
    </w:p>
    <w:p>
      <w:r>
        <w:t>Hazırlanma tarihi: ...... / ...... / 2026</w:t>
      </w:r>
    </w:p>
    <w:sectPr w:rsidR="00FC693F" w:rsidRPr="0006063C" w:rsidSect="00034616">
      <w:pgSz w:w="11906" w:h="16838"/>
      <w:pgMar w:top="964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