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Siberay Kulübü 2026 2027 Yıllık Çalışma Planı</w:t>
      </w:r>
    </w:p>
    <w:p>
      <w:r>
        <w:t>Okul: ...........................................   Danışman öğretmen: ...........................................</w:t>
      </w:r>
    </w:p>
    <w:p>
      <w:r>
        <w:t>Plan, okulun sosyal etkinlikler eylem planı ve kulüp üyelerinin yaş düzeyi dikkate alınarak uyarlanır. Gerçekleşmeyen etkinlikler raporda yapılmış gibi gösterilmez.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c>
          <w:tcPr>
            <w:tcW w:type="dxa" w:w="1134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Ay</w:t>
            </w:r>
          </w:p>
        </w:tc>
        <w:tc>
          <w:tcPr>
            <w:tcW w:type="dxa" w:w="2381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Amaç ve konu</w:t>
            </w:r>
          </w:p>
        </w:tc>
        <w:tc>
          <w:tcPr>
            <w:tcW w:type="dxa" w:w="7427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Öğrenci çalışması</w:t>
            </w:r>
          </w:p>
        </w:tc>
        <w:tc>
          <w:tcPr>
            <w:tcW w:type="dxa" w:w="3798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Ürün ve değerlendirme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Eylül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Güvenli dijital yaşam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Üyeler kulübün görevlerini paylaşacak; kişisel hesap bilgisi toplamadan okulun dijital güvenlik konusunda hangi bilgilere ihtiyaç duyduğunu belirleyecek.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Görev listesi ve ihtiyaç notu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Ekim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Parola ve hesap güvenliği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Güçlü parola ilkeleri ve çok aşamalı doğrulama örneklerle anlatılacak; gerçek parolalar hiçbir aşamada istenmeyecek.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Hesap güvenliği kontrol kartı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Kasım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Kişisel veri ve dijital ayak izi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Konum, okul ve fotoğraf paylaşımının etkileri tartışılacak; öğrenciler bir paylaşım öncesi kontrol listesi hazırlayacak.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Paylaşım kontrol listesi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Aralık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Siber zorbalığa karşı destek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Örnek olaylarda engelleme, kanıtı saklama ve güvenilir yetişkine başvurma yolları çalışılacak; gerçek mağduriyetler sınıfta açıklanmayacak.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Destek yolları afişi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Ocak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Dijital denge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İlk dönem ürünleri gözden geçirilecek; bildirim, uyku ve çevrim dışı etkinlik dengesi için uygulanabilir öneriler yazılacak.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Dönem değerlendirmesi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Şubat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Kimlik avı ve sahte bağlantılar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Sahte mesajlardaki acele ettirme ve kod isteme işaretleri güvenli örnekler üzerinde incelenecek; zararlı bağlantılar açılmayacak.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Şüpheli mesaj kontrol kartı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Mart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Kaynak doğrulama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Bir haberin kaynağı, tarihi ve farklı güvenilir kaynaklardaki karşılığı karşılaştırılacak.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Doğrulama adımları posteri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Nisan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Sosyal medya güvenliği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Gizlilik, etiketleme ve izinsiz görsel paylaşımı üzerine senaryo çalışması yapılacak; öğrenci hesaplarına giriş istenmeyecek.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Güvenli paylaşım rehberi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Mayıs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Akran eğitimi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Kulüp üyeleri yaşa uygun kısa sunumlarla güvenlik alışkanlıklarını sınıflarla paylaşacak; sorular danışman öğretmen gözetiminde cevaplanacak.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Sunum ve katılım kaydı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Haziran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Yıl sonu değerlendirmesi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Yapılan faaliyetler ve ürünler planla karşılaştırılacak, e-Okul kayıtları kontrol edilecek ve gelecek yıl önerileri yazılacak.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Yıl sonu raporu</w:t>
            </w:r>
          </w:p>
        </w:tc>
      </w:tr>
    </w:tbl>
    <w:p>
      <w:r>
        <w:t>Kulüp Danışman Öğretmeni: Ad SOYAD / İmza                         Uygundur: ...... / ...... / 2026                         Okul Müdürü: Ad SOYAD / İmza</w:t>
      </w:r>
    </w:p>
    <w:sectPr w:rsidR="00FC693F" w:rsidRPr="0006063C" w:rsidSect="00034616">
      <w:pgSz w:w="16838" w:h="11906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