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KIZILAY KULÜBÜ</w:t>
      </w:r>
    </w:p>
    <w:p>
      <w:pPr>
        <w:pStyle w:val="Title"/>
        <w:jc w:val="center"/>
      </w:pPr>
      <w:r>
        <w:t>2026-2027 EĞİTİM ÖĞRETİM YILI ARALIK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Temel ilk yardım farkındalığı ve doğru yardım çağrısı</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aralık ayında yetkili uzman desteğiyle acil yardım çağırma, olay yeri güvenliği ve bilinçsiz müdahaleden kaçınma konularının ele alınması; yaşa uygun bir bilgilendirme afişi hazırlanması öngörülmüştür.</w:t>
      </w:r>
    </w:p>
    <w:p>
      <w:pPr>
        <w:pStyle w:val="Heading2"/>
      </w:pPr>
      <w:r>
        <w:t>Çalışmanın amacı</w:t>
      </w:r>
    </w:p>
    <w:p>
      <w:r>
        <w:t>Öğrencilerin bir acil durumda önce kendi güvenliğini düşünmesi, yetkili yetişkinlerden ve acil yardım birimlerinden destek istemesi; eğitim almadan tıbbi müdahale yapmanın riskini fark etmesi.</w:t>
      </w:r>
    </w:p>
    <w:p>
      <w:pPr>
        <w:pStyle w:val="Heading2"/>
      </w:pPr>
      <w:r>
        <w:t>Yapılan çalışmalar</w:t>
      </w:r>
    </w:p>
    <w:p>
      <w:r>
        <w:t>Kulüp toplantısında, yerde düşmüş bir kişiyi gören öğrencinin neleri fark etmesi gerektiği kurmaca bir örnek üzerinden konuşuldu. Ortamın güvenli olup olmadığı, yakınındaki yetişkine haber verme ve acil yardım çağrısında yer ile durum bilgisini açık söyleme üzerinde duruldu. Öğrencilerden gerçek bir acil durumu canlandırmaları ya da birbirleri üzerinde müdahale denemeleri istenmedi.</w:t>
      </w:r>
    </w:p>
    <w:p>
      <w:r>
        <w:t>Okula yetkili ilk yardım eğitmeni katıldıysa adı, kurumu, eğitim tarihi ve işlenen başlıklar okul kayıtlarına göre doldurulur. Uzman katılımı gerçekleşmediyse bu paragraf çıkarılır; çalışma yalnızca güvenilir kurumsal kaynaklardan yararlanılarak yapılan farkındalık etkinliği olarak anlatılır. Sertifika eğitimi veya uygulamalı ilk yardım eğitimi verilmiş gibi bir ifade kullanılmaz.</w:t>
      </w:r>
    </w:p>
    <w:p>
      <w:r>
        <w:t>Öğrenciler küçük gruplarda 'Önce güvenliğe bak', 'Bir yetişkine haber ver' ve 'Acil yardım çağrısında durumu açık anlat' mesajlarını içeren afiş taslakları hazırladı. Mesajlar danışman öğretmen tarafından yaşa uygunluk ve doğruluk açısından gözden geçirildi. Afiş okulda sergilendiyse sergileme yeri ve tarihi rapora eklendi.</w:t>
      </w:r>
    </w:p>
    <w:p>
      <w:pPr>
        <w:pStyle w:val="Heading2"/>
      </w:pPr>
      <w:r>
        <w:t>Ortaya çıkan ürün</w:t>
      </w:r>
    </w:p>
    <w:p>
      <w:r>
        <w:t>İlk yardım farkındalığı afişi: [gerçek sayı] taslak. Uzman katılımı: [varsa kurum, ad ve tarih; yoksa bu alanı siliniz].</w:t>
      </w:r>
    </w:p>
    <w:p>
      <w:pPr>
        <w:pStyle w:val="Heading2"/>
      </w:pPr>
      <w:r>
        <w:t>Değerlendirme</w:t>
      </w:r>
    </w:p>
    <w:p>
      <w:r>
        <w:t>Öğrencilerin acil durum mesajında olay yeri güvenliğini öne alması, yardım çağrısında anlaşılır bilgi vermesi ve eğitim almadan müdahale öneren ifadeleri afişten çıkarması değerlendirildi. Çalışma bir ilk yardım sertifika eğitimi olarak kaydedilmedi.</w:t>
      </w:r>
    </w:p>
    <w:p>
      <w:pPr>
        <w:pStyle w:val="Heading2"/>
      </w:pPr>
      <w:r>
        <w:t>İzleyen ayın çalışması</w:t>
      </w:r>
    </w:p>
    <w:p>
      <w:r>
        <w:t>Ocak ayında dönem boyunca yapılan çalışmalar, öğrenci katılımı ve ürünler yıllık planla karşılaştırılarak ikinci dönem için ihtiyaçlar not edilecektir.</w:t>
      </w:r>
    </w:p>
    <w:p>
      <w:pPr>
        <w:pStyle w:val="Heading2"/>
      </w:pPr>
      <w:r>
        <w:t>Rapor ekleri</w:t>
      </w:r>
    </w:p>
    <w:p>
      <w:r>
        <w:t>Ekler: [afiş taslakları / kullanılan resmî kaynaklar / varsa uzman davet yazısı ve katılım kaydı / izinli pano fotoğrafı]. Gerçekleşmeyen uzman katılımına ilişkin ek bırakılmaz.</w:t>
      </w:r>
    </w:p>
    <w:p>
      <w:pPr>
        <w:spacing w:before="240"/>
      </w:pPr>
      <w:r>
        <w:rPr>
          <w:b/>
        </w:rPr>
        <w:t>Kulüp danışman öğretmeni</w:t>
      </w:r>
      <w:r>
        <w:br/>
        <w:t>[Ad SOYAD]    İmza: ....................    Tarih: ......... / ......... / 20....</w:t>
      </w:r>
    </w:p>
    <w:sectPr w:rsidR="00FC693F" w:rsidRPr="0006063C" w:rsidSect="00034616">
      <w:pgSz w:w="11906" w:h="16838"/>
      <w:pgMar w:top="907"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