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Öğrenci İzin Dilekçesi</w:t>
      </w:r>
    </w:p>
    <w:p>
      <w:r>
        <w:rPr>
          <w:b/>
        </w:rPr>
        <w:t>Boş şablon</w:t>
      </w:r>
    </w:p>
    <w:p>
      <w:r>
        <w:t>Bu isteğe bağlı şablonu kendi bilgilerinize göre düzenleyin. Okulunuz kendi formunu kullanmanızı isteyebilir. Dilekçe, otomatik izin veya devamsızlık kaydının silinmesi anlamına gelmez.</w:t>
      </w:r>
    </w:p>
    <w:p>
      <w:pPr>
        <w:jc w:val="center"/>
      </w:pPr>
      <w:r>
        <w:rPr>
          <w:b/>
        </w:rPr>
        <w:t>[OKUL ADI] MÜDÜRLÜĞÜNE</w:t>
      </w:r>
    </w:p>
    <w:p>
      <w:r>
        <w:rPr>
          <w:b/>
        </w:rPr>
        <w:t xml:space="preserve">Konu: </w:t>
      </w:r>
      <w:r>
        <w:t>Öğrenci için izin talebi</w:t>
      </w:r>
    </w:p>
    <w:p>
      <w:r>
        <w:t>Okulunuzun [sınıfı ve şubesi] sınıfında öğrenim gören [okul numarası] numaralı [öğrencinin adı ve soyadı] adlı öğrencinin velisiyim.</w:t>
      </w:r>
    </w:p>
    <w:p>
      <w:r>
        <w:rPr>
          <w:b/>
        </w:rPr>
        <w:t xml:space="preserve">İzin istenen tarih veya tarih aralığı: </w:t>
      </w:r>
      <w:r>
        <w:t>................................</w:t>
      </w:r>
    </w:p>
    <w:p>
      <w:r>
        <w:rPr>
          <w:b/>
        </w:rPr>
        <w:t xml:space="preserve">Saat aralığı (gerekiyorsa): </w:t>
      </w:r>
      <w:r>
        <w:t>................................</w:t>
      </w:r>
    </w:p>
    <w:p>
      <w:r>
        <w:rPr>
          <w:b/>
        </w:rPr>
        <w:t xml:space="preserve">Gerekçe: </w:t>
      </w:r>
      <w:r>
        <w:t>[Gerçek ve kısa gerekçenizi yazın.]</w:t>
      </w:r>
    </w:p>
    <w:p>
      <w:r>
        <w:t>Öğrencime belirtilen süre için izin verilmesini arz ederim.</w:t>
      </w:r>
    </w:p>
    <w:p>
      <w:r>
        <w:rPr>
          <w:b/>
        </w:rPr>
        <w:t xml:space="preserve">Tarih: </w:t>
      </w:r>
      <w:r>
        <w:t>..... / ..... / ..........</w:t>
      </w:r>
    </w:p>
    <w:p>
      <w:r>
        <w:rPr>
          <w:b/>
        </w:rPr>
        <w:t xml:space="preserve">Veli adı ve soyadı: </w:t>
      </w:r>
      <w:r>
        <w:t>................................</w:t>
      </w:r>
    </w:p>
    <w:p>
      <w:r>
        <w:rPr>
          <w:b/>
        </w:rPr>
        <w:t xml:space="preserve">İmza: </w:t>
      </w:r>
      <w:r/>
    </w:p>
    <w:p>
      <w:r>
        <w:rPr>
          <w:b/>
        </w:rPr>
        <w:t xml:space="preserve">İletişim bilgisi (isteğe bağlı): </w:t>
      </w:r>
      <w:r>
        <w:t>................................</w:t>
      </w:r>
    </w:p>
    <w:p>
      <w:r>
        <w:br w:type="page"/>
      </w:r>
    </w:p>
    <w:p>
      <w:pPr>
        <w:pStyle w:val="Title"/>
      </w:pPr>
      <w:r>
        <w:t>Okul Öğrenci İzin Dilekçesi</w:t>
      </w:r>
    </w:p>
    <w:p>
      <w:r>
        <w:rPr>
          <w:b/>
        </w:rPr>
        <w:t>Doldurulmuş hayalî örnek</w:t>
      </w:r>
    </w:p>
    <w:p>
      <w:r>
        <w:t>Bu isteğe bağlı şablonu kendi bilgilerinize göre düzenleyin. Okulunuz kendi formunu kullanmanızı isteyebilir. Dilekçe, otomatik izin veya devamsızlık kaydının silinmesi anlamına gelmez.</w:t>
      </w:r>
    </w:p>
    <w:p>
      <w:pPr>
        <w:jc w:val="center"/>
      </w:pPr>
      <w:r>
        <w:rPr>
          <w:b/>
        </w:rPr>
        <w:t>ÖRNEK ORTAOKULU MÜDÜRLÜĞÜNE</w:t>
      </w:r>
    </w:p>
    <w:p>
      <w:r>
        <w:rPr>
          <w:b/>
        </w:rPr>
        <w:t xml:space="preserve">Konu: </w:t>
      </w:r>
      <w:r>
        <w:t>Öğrenci için izin talebi</w:t>
      </w:r>
    </w:p>
    <w:p>
      <w:r>
        <w:t>Okulunuzun 6/A sınıfında öğrenim gören 123 numaralı Deniz Örnek adlı öğrencinin velisiyim.</w:t>
      </w:r>
    </w:p>
    <w:p>
      <w:r>
        <w:rPr>
          <w:b/>
        </w:rPr>
        <w:t xml:space="preserve">İzin istenen tarih veya tarih aralığı: </w:t>
      </w:r>
      <w:r>
        <w:t>12.11.2026</w:t>
      </w:r>
    </w:p>
    <w:p>
      <w:r>
        <w:rPr>
          <w:b/>
        </w:rPr>
        <w:t xml:space="preserve">Saat aralığı (gerekiyorsa): </w:t>
      </w:r>
      <w:r>
        <w:t>10.00 - 12.00</w:t>
      </w:r>
    </w:p>
    <w:p>
      <w:r>
        <w:rPr>
          <w:b/>
        </w:rPr>
        <w:t xml:space="preserve">Gerekçe: </w:t>
      </w:r>
      <w:r>
        <w:t>Önceden planlanmış diş hekimi randevusu.</w:t>
      </w:r>
    </w:p>
    <w:p>
      <w:r>
        <w:t>Öğrencime belirtilen süre için izin verilmesini arz ederim.</w:t>
      </w:r>
    </w:p>
    <w:p>
      <w:r>
        <w:rPr>
          <w:b/>
        </w:rPr>
        <w:t xml:space="preserve">Tarih: </w:t>
      </w:r>
      <w:r>
        <w:t>10.11.2026</w:t>
      </w:r>
    </w:p>
    <w:p>
      <w:r>
        <w:rPr>
          <w:b/>
        </w:rPr>
        <w:t xml:space="preserve">Veli adı ve soyadı: </w:t>
      </w:r>
      <w:r>
        <w:t>Ece Örnek</w:t>
      </w:r>
    </w:p>
    <w:p>
      <w:r>
        <w:rPr>
          <w:b/>
        </w:rPr>
        <w:t xml:space="preserve">İmza: </w:t>
      </w:r>
      <w:r/>
    </w:p>
    <w:p>
      <w:r>
        <w:rPr>
          <w:b/>
        </w:rPr>
        <w:t xml:space="preserve">İletişim bilgisi (isteğe bağlı): </w:t>
      </w:r>
      <w:r>
        <w:t>................................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