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Arial" w:hAnsi="Arial"/>
          <w:b/>
          <w:color w:val="194678"/>
          <w:sz w:val="22"/>
        </w:rPr>
        <w:t>[OKUL ADI]</w:t>
        <w:br/>
        <w:t>SİBERAY KULÜBÜ</w:t>
      </w:r>
    </w:p>
    <w:p>
      <w:pPr>
        <w:pStyle w:val="Title"/>
        <w:jc w:val="center"/>
      </w:pPr>
      <w:r>
        <w:t>2026-2027 EĞİTİM ÖĞRETİM YILI KASIM AYI FAALİYET RAPORU</w:t>
      </w:r>
    </w:p>
    <w:p>
      <w:pPr>
        <w:spacing w:after="160"/>
        <w:jc w:val="center"/>
      </w:pPr>
      <w:r>
        <w:rPr>
          <w:i/>
          <w:sz w:val="17"/>
        </w:rPr>
        <w:t>Örnek metindir. Yalnızca okulunuzda gerçekleşen çalışmaları bırakınız.</w:t>
      </w:r>
    </w:p>
    <w:tbl>
      <w:tblPr>
        <w:tblW w:type="auto" w:w="0"/>
        <w:tblLayout w:type="fixed"/>
        <w:tblLook w:firstColumn="1" w:firstRow="1" w:lastColumn="0" w:lastRow="0" w:noHBand="0" w:noVBand="1" w:val="04A0"/>
      </w:tblPr>
      <w:tblGrid>
        <w:gridCol w:w="2381"/>
        <w:gridCol w:w="7087"/>
      </w:tblGrid>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konusu</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Kişisel veriler ve dijital ayak izi</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tarihi</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 / ......... / 20....</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Yer veya ortam</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uygulama yeri]</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Danışman öğretmen</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[Ad SOYAD]</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Katılan öğrenci sayısı</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katılım sayısı]</w:t>
            </w:r>
          </w:p>
        </w:tc>
      </w:tr>
    </w:tbl>
    <w:p>
      <w:pPr>
        <w:pStyle w:val="Heading2"/>
        <w:keepNext/>
      </w:pPr>
      <w:r>
        <w:t>Yıllık plandaki çalışma</w:t>
      </w:r>
    </w:p>
    <w:p>
      <w:r>
        <w:t>Yıllık çalışma planında kasım ayı için kişisel bilgi, konum, fotoğraf ve okul bilgisinin çevrim içi paylaşımını değerlendirme; uygulama izinlerini inceleme; dijital ayak izi hakkında afiş ve kısa sunum hazırlama öngörülmüştür.</w:t>
      </w:r>
    </w:p>
    <w:p>
      <w:pPr>
        <w:pStyle w:val="Heading2"/>
        <w:keepNext/>
      </w:pPr>
      <w:r>
        <w:t>Çalışmanın amacı</w:t>
      </w:r>
    </w:p>
    <w:p>
      <w:r>
        <w:t>Öğrencilerin bir paylaşımın kimlerce görülebileceğini, başkalarının verileri üzerindeki sorumluluklarını ve internete konan içeriğin daha sonra tamamen geri alınamayabileceğini anlaması.</w:t>
      </w:r>
    </w:p>
    <w:p>
      <w:pPr>
        <w:pStyle w:val="Heading2"/>
        <w:keepNext/>
      </w:pPr>
      <w:r>
        <w:t>Yapılan çalışmalar</w:t>
      </w:r>
    </w:p>
    <w:p>
      <w:r>
        <w:t>Danışman öğretmen, gerçek öğrenci profillerini açmadan kurmaca sosyal medya paylaşımları hazırladı. Gruplar her örnekte okul adı, açık adres, konum, telefon, fotoğraf veya arkadaşların görüntüsü gibi bilgileri işaretledi. 'Bu paylaşımı kim görebilir, başka biri kopyalayabilir mi, bu kişi paylaşılmasına izin verdi mi?' sorularına yazılı cevap verildi. Çalışma sırasında hiçbir öğrenciden özel hesabını göstermesi veya kullanıcı adını açıklaması istenmedi.</w:t>
      </w:r>
    </w:p>
    <w:p>
      <w:r>
        <w:t>İkinci oturumda öğrenciler, bir uygulamanın istediği izinleri örnek ekran metinleri üzerinden inceledi. Kamera, mikrofon ve konum izninin uygulamanın işleviyle ilgili olup olmadığı tartışıldı. İzin kapatma veya hesap gizliliği ayarı, yaşa uygun örnek bir ekranda gösterildi; öğrencilerin cihaz ayarları kulüp toplantısında değiştirilmedi. Güvenlik için bütün izinlerin körü körüne kabul edilmemesi ve hesap ayarlarının aileyle birlikte gözden geçirilmesi vurgulandı.</w:t>
      </w:r>
    </w:p>
    <w:p>
      <w:r>
        <w:t>Gruplar dijital ayak izi için kısa afiş cümleleri yazdı. 'Paylaşmadan önce düşün', 'başkasının fotoğrafını izin almadan yayımlama' ve 'konumunu herkese açık bırakma' gibi öneriler, nedenleriyle birlikte açıklandı. Danışman öğretmen afişlerin korkutucu bir dil kullanmamasına ve yalnız doğrulanmış bilgileri içermesine dikkat etti. Sınıf sunumu yapıldıysa tarih, sınıf ve kullanılan materyal ayrıca kaydedildi; yalnız taslak hazırlanan etkinlik, gerçekleşmiş sunum gibi yazılmadı.</w:t>
      </w:r>
    </w:p>
    <w:p>
      <w:pPr>
        <w:pStyle w:val="Heading2"/>
        <w:keepNext/>
      </w:pPr>
      <w:r>
        <w:t>Ortaya çıkan ürün</w:t>
      </w:r>
    </w:p>
    <w:p>
      <w:r>
        <w:t>İncelenen kurmaca olay: [gerçek sayı]. Afiş taslağı veya yayımlanan afiş: [gerçek durum]. Sunum yapıldıysa sınıf, tarih ve katılım: [gerçek kayıt].</w:t>
      </w:r>
    </w:p>
    <w:p>
      <w:pPr>
        <w:pStyle w:val="Heading2"/>
        <w:keepNext/>
      </w:pPr>
      <w:r>
        <w:t>Değerlendirme</w:t>
      </w:r>
    </w:p>
    <w:p>
      <w:r>
        <w:t>Öğrencilerin bir paylaşımda kişisel veriyi ayırt edebilmesi, başkasının fotoğrafı için izin gerektiğini söylemesi ve uygulama iznini sorgulama gerekçesi sunması değerlendirildi. Öğrencilerin özel hesapları denetlenmedi; kişisel veriler rapora aktarılmadı.</w:t>
      </w:r>
    </w:p>
    <w:p>
      <w:pPr>
        <w:pStyle w:val="Heading2"/>
        <w:keepNext/>
      </w:pPr>
      <w:r>
        <w:t>İzleyen ayın çalışması</w:t>
      </w:r>
    </w:p>
    <w:p>
      <w:r>
        <w:t>Aralık ayında siber zorbalık, saygılı iletişim ve güvenli yardım isteme yolları kurmaca olaylarla ele alınacaktır.</w:t>
      </w:r>
    </w:p>
    <w:p>
      <w:pPr>
        <w:pStyle w:val="Heading2"/>
        <w:keepNext/>
      </w:pPr>
      <w:r>
        <w:t>Rapor ekleri</w:t>
      </w:r>
    </w:p>
    <w:p>
      <w:r>
        <w:t>[Anonim olay çalışma kâğıdı / afiş taslağı / sunum planı / varsa izinli etkinlik fotoğrafı]. Öğrenci profili, kullanıcı adı, telefon ve konum bilgisi eklemeyiniz.</w:t>
      </w:r>
    </w:p>
    <w:p>
      <w:pPr>
        <w:keepLines/>
        <w:spacing w:before="200"/>
      </w:pPr>
      <w:r>
        <w:rPr>
          <w:b/>
        </w:rPr>
        <w:t>Kulüp danışman öğretmeni</w:t>
      </w:r>
      <w:r>
        <w:br/>
        <w:t>[Ad SOYAD]    İmza: ....................    Tarih: ......... / ......... / 20....</w:t>
      </w:r>
    </w:p>
    <w:sectPr w:rsidR="00FC693F" w:rsidRPr="0006063C" w:rsidSect="00034616">
      <w:pgSz w:w="11906" w:h="16838"/>
      <w:pgMar w:top="935" w:right="1219" w:bottom="879"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64"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after="5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MEBBilgi</dc:creator>
  <cp:keywords/>
  <dc:description>generated by python-docx</dc:description>
  <cp:lastModifiedBy/>
  <cp:revision>1</cp:revision>
  <dcterms:created xsi:type="dcterms:W3CDTF">2013-12-23T23:15:00Z</dcterms:created>
  <dcterms:modified xsi:type="dcterms:W3CDTF">2013-12-23T23:15:00Z</dcterms:modified>
  <cp:category/>
</cp:coreProperties>
</file>