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Pr>
      <w:r>
        <w:t xml:space="preserve">Öğretmen Refakat İzni Dilekçesi </w:t>
      </w:r>
    </w:p>
    <w:p>
      <w:pPr>
        <w:pStyle w:val="Subtitle"/>
        <w:keepNext/>
        <w:keepLines/>
      </w:pPr>
      <w:r>
        <w:t>Düzenlenebilir boş dilekçe</w:t>
      </w:r>
    </w:p>
    <w:p>
      <w:pPr>
        <w:pStyle w:val="Caption"/>
        <w:keepNext/>
        <w:keepLines/>
        <w:spacing w:after="320"/>
      </w:pPr>
      <w:r>
        <w:t>Köşeli parantez içindeki alanları doldurun. Talebinizi ve ekleri kendi durumunuza göre düzenleyin. Bu dosya sağlık raporu değildir. İzin süresi ve koşulları gerçek sağlık kurulu raporuna uygun olmalıdır. Örnek tamamen kurgudur; gerçek sağlık belgelerini yalnızca yetkili birime sunun.</w:t>
      </w:r>
    </w:p>
    <w:p>
      <w:pPr>
        <w:keepNext/>
        <w:keepLines/>
        <w:spacing w:after="280"/>
        <w:jc w:val="center"/>
      </w:pPr>
      <w:r>
        <w:rPr>
          <w:b/>
        </w:rPr>
        <w:t>[OKUL / KURUM ADI] MÜDÜRLÜĞÜNE</w:t>
      </w:r>
    </w:p>
    <w:p>
      <w:pPr>
        <w:keepNext/>
        <w:keepLines/>
        <w:spacing w:after="260"/>
      </w:pPr>
      <w:r>
        <w:rPr>
          <w:b/>
        </w:rPr>
        <w:t xml:space="preserve">Konu: </w:t>
      </w:r>
      <w:r>
        <w:t>Refakat izni talebi</w:t>
      </w:r>
    </w:p>
    <w:p>
      <w:pPr>
        <w:keepNext w:val="0"/>
        <w:keepLines/>
        <w:spacing w:after="180"/>
        <w:ind w:firstLine="369"/>
      </w:pPr>
      <w:r>
        <w:t>Okulunuzda [branş] öğretmeni olarak görev yapmaktayım. [Yakınlık derecesi] için düzenlenen [tarih ve sayı] sağlık kurulu raporunda belirtilen refakat ihtiyacı nedeniyle [başlangıç tarihi] ile [bitiş tarihi] arasında refakat izni talep etmekteyim.</w:t>
      </w:r>
    </w:p>
    <w:p>
      <w:pPr>
        <w:keepNext w:val="0"/>
        <w:keepLines/>
        <w:spacing w:after="180"/>
        <w:ind w:firstLine="369"/>
      </w:pPr>
      <w:r>
        <w:t>Ekteki sağlık kurulu raporu ve durumumun 657 sayılı Devlet Memurları Kanunu’nun 105. maddesi ile ilgili mevzuat kapsamında değerlendirilerek tarafıma refakat izni verilmesi hususunda gereğini arz ederim.</w:t>
      </w:r>
    </w:p>
    <w:p>
      <w:pPr>
        <w:keepLines/>
        <w:spacing w:after="80" w:before="160"/>
      </w:pPr>
      <w:r>
        <w:rPr>
          <w:b/>
        </w:rPr>
        <w:t xml:space="preserve">Tarih: </w:t>
      </w:r>
      <w:r>
        <w:t>[Başvuru tarihi]</w:t>
      </w:r>
    </w:p>
    <w:p>
      <w:pPr>
        <w:keepLines/>
        <w:spacing w:after="80"/>
      </w:pPr>
      <w:r>
        <w:rPr>
          <w:b/>
        </w:rPr>
        <w:t xml:space="preserve">Adı Soyadı: </w:t>
      </w:r>
      <w:r>
        <w:t>[Adı soyadı]</w:t>
      </w:r>
    </w:p>
    <w:p>
      <w:pPr>
        <w:keepLines/>
        <w:spacing w:after="80"/>
      </w:pPr>
      <w:r>
        <w:rPr>
          <w:b/>
        </w:rPr>
        <w:t xml:space="preserve">Görevi: </w:t>
      </w:r>
      <w:r>
        <w:t>[Branş / görev]</w:t>
      </w:r>
    </w:p>
    <w:p>
      <w:pPr>
        <w:keepLines/>
        <w:spacing w:after="80"/>
      </w:pPr>
      <w:r>
        <w:rPr>
          <w:b/>
        </w:rPr>
        <w:t xml:space="preserve">İş Adresi: </w:t>
      </w:r>
      <w:r>
        <w:t>[Okul / kurum adresi]</w:t>
      </w:r>
    </w:p>
    <w:p>
      <w:pPr>
        <w:keepLines/>
        <w:spacing w:after="80"/>
      </w:pPr>
      <w:r>
        <w:rPr>
          <w:b/>
        </w:rPr>
        <w:t xml:space="preserve">İmza: </w:t>
      </w:r>
      <w:r>
        <w:t>[İmza]</w:t>
      </w:r>
    </w:p>
    <w:p>
      <w:pPr>
        <w:pStyle w:val="Heading2"/>
        <w:keepNext/>
        <w:keepLines/>
      </w:pPr>
      <w:r>
        <w:t>Ekler</w:t>
      </w:r>
    </w:p>
    <w:p>
      <w:pPr>
        <w:keepNext w:val="0"/>
        <w:keepLines/>
        <w:spacing w:after="60"/>
      </w:pPr>
      <w:r>
        <w:t>1. [Refakat ihtiyacını gösteren sağlık kurulu raporu ve sayfa sayısı]</w:t>
      </w:r>
    </w:p>
    <w:p>
      <w:pPr>
        <w:pStyle w:val="Title"/>
        <w:keepNext/>
        <w:keepLines/>
        <w:pageBreakBefore/>
      </w:pPr>
      <w:r>
        <w:t xml:space="preserve">Öğretmen Refakat İzni Dilekçesi </w:t>
      </w:r>
    </w:p>
    <w:p>
      <w:pPr>
        <w:pStyle w:val="Subtitle"/>
        <w:keepNext/>
        <w:keepLines/>
      </w:pPr>
      <w:r>
        <w:t>Tamamen kurgusal doldurulmuş örnek</w:t>
      </w:r>
    </w:p>
    <w:p>
      <w:pPr>
        <w:pStyle w:val="Caption"/>
        <w:keepNext/>
        <w:keepLines/>
        <w:spacing w:after="320"/>
      </w:pPr>
      <w:r>
        <w:t>Bu sayfadaki adlar, kurumlar ve olaylar yalnızca örnek amaçlıdır. Metni kendi durumunuza göre düzenleyin. Bu dosya sağlık raporu değildir. İzin süresi ve koşulları gerçek sağlık kurulu raporuna uygun olmalıdır. Örnek tamamen kurgudur; gerçek sağlık belgelerini yalnızca yetkili birime sunun.</w:t>
      </w:r>
    </w:p>
    <w:p>
      <w:pPr>
        <w:keepNext/>
        <w:keepLines/>
        <w:spacing w:after="280"/>
        <w:jc w:val="center"/>
      </w:pPr>
      <w:r>
        <w:rPr>
          <w:b/>
        </w:rPr>
        <w:t>ÖRNEK OKUL MÜDÜRLÜĞÜNE</w:t>
      </w:r>
    </w:p>
    <w:p>
      <w:pPr>
        <w:keepNext/>
        <w:keepLines/>
        <w:spacing w:after="260"/>
      </w:pPr>
      <w:r>
        <w:rPr>
          <w:b/>
        </w:rPr>
        <w:t xml:space="preserve">Konu: </w:t>
      </w:r>
      <w:r>
        <w:t>Refakat izni talebi</w:t>
      </w:r>
    </w:p>
    <w:p>
      <w:pPr>
        <w:keepNext w:val="0"/>
        <w:keepLines/>
        <w:spacing w:after="180"/>
        <w:ind w:firstLine="369"/>
      </w:pPr>
      <w:r>
        <w:t>Okulunuzda öğretmen olarak görev yapmaktayım. Babam için düzenlenen, başvuruma eklediğim sağlık kurulu raporunda belirtilen refakat ihtiyacı nedeniyle 05.11.2026 ile 18.11.2026 arasında refakat izni talep etmekteyim.</w:t>
      </w:r>
    </w:p>
    <w:p>
      <w:pPr>
        <w:keepNext w:val="0"/>
        <w:keepLines/>
        <w:spacing w:after="180"/>
        <w:ind w:firstLine="369"/>
      </w:pPr>
      <w:r>
        <w:t>Ekteki sağlık kurulu raporu ve durumumun 657 sayılı Devlet Memurları Kanunu’nun 105. maddesi ile ilgili mevzuat kapsamında değerlendirilerek tarafıma refakat izni verilmesi hususunda gereğini arz ederim.</w:t>
      </w:r>
    </w:p>
    <w:p>
      <w:pPr>
        <w:keepLines/>
        <w:spacing w:after="80" w:before="160"/>
      </w:pPr>
      <w:r>
        <w:rPr>
          <w:b/>
        </w:rPr>
        <w:t xml:space="preserve">Tarih: </w:t>
      </w:r>
      <w:r>
        <w:t>03.11.2026</w:t>
      </w:r>
    </w:p>
    <w:p>
      <w:pPr>
        <w:keepLines/>
        <w:spacing w:after="80"/>
      </w:pPr>
      <w:r>
        <w:rPr>
          <w:b/>
        </w:rPr>
        <w:t xml:space="preserve">Adı Soyadı: </w:t>
      </w:r>
      <w:r>
        <w:t>Örnek Öğretmen</w:t>
      </w:r>
    </w:p>
    <w:p>
      <w:pPr>
        <w:keepLines/>
        <w:spacing w:after="80"/>
      </w:pPr>
      <w:r>
        <w:rPr>
          <w:b/>
        </w:rPr>
        <w:t xml:space="preserve">Görevi: </w:t>
      </w:r>
      <w:r>
        <w:t>Öğretmen</w:t>
      </w:r>
    </w:p>
    <w:p>
      <w:pPr>
        <w:keepLines/>
        <w:spacing w:after="80"/>
      </w:pPr>
      <w:r>
        <w:rPr>
          <w:b/>
        </w:rPr>
        <w:t xml:space="preserve">İş Adresi: </w:t>
      </w:r>
      <w:r>
        <w:t>Örnek Okul Müdürlüğü</w:t>
      </w:r>
    </w:p>
    <w:p>
      <w:pPr>
        <w:keepLines/>
        <w:spacing w:after="80"/>
      </w:pPr>
      <w:r>
        <w:rPr>
          <w:b/>
        </w:rPr>
        <w:t xml:space="preserve">İmza: </w:t>
      </w:r>
      <w:r>
        <w:t>İmza alanı</w:t>
      </w:r>
    </w:p>
    <w:p>
      <w:pPr>
        <w:pStyle w:val="Heading2"/>
        <w:keepNext/>
        <w:keepLines/>
      </w:pPr>
      <w:r>
        <w:t>Ekler</w:t>
      </w:r>
    </w:p>
    <w:p>
      <w:pPr>
        <w:keepNext w:val="0"/>
        <w:keepLines/>
        <w:spacing w:after="60"/>
      </w:pPr>
      <w:r>
        <w:t>1. Sağlık kurulu raporu (bu kurgu örnekte rapor veya sağlık verisi üretilmemiştir).</w:t>
      </w:r>
    </w:p>
    <w:sectPr w:rsidR="00FC693F" w:rsidRPr="0006063C" w:rsidSect="00034616">
      <w:pgSz w:w="12240" w:h="15840"/>
      <w:pgMar w:top="1134" w:right="1361" w:bottom="1134" w:left="136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60" w:line="259" w:lineRule="auto"/>
    </w:pPr>
    <w:rPr>
      <w:rFonts w:ascii="Times New Roman" w:hAnsi="Times New Roman" w:eastAsia="Times New Roman" w:cs="Times New Roman"/>
      <w:b w:val="0"/>
      <w:color w:val="000000"/>
      <w:sz w:val="24"/>
      <w:lang w:val="tr-TR"/>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59" w:lineRule="auto" w:before="0"/>
    </w:pPr>
    <w:rPr>
      <w:rFonts w:ascii="Times New Roman" w:hAnsi="Times New Roman" w:eastAsia="Times New Roman" w:cs="Times New Roman"/>
      <w:b w:val="0"/>
      <w:color w:val="000000"/>
      <w:sz w:val="18"/>
      <w:lang w:val="tr-T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59" w:lineRule="auto" w:before="0"/>
    </w:pPr>
    <w:rPr>
      <w:rFonts w:ascii="Times New Roman" w:hAnsi="Times New Roman" w:eastAsia="Times New Roman" w:cs="Times New Roman"/>
      <w:b w:val="0"/>
      <w:color w:val="000000"/>
      <w:sz w:val="18"/>
      <w:lang w:val="tr-T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80" w:line="259" w:lineRule="auto"/>
      <w:outlineLvl w:val="0"/>
    </w:pPr>
    <w:rPr>
      <w:rFonts w:ascii="Times New Roman" w:hAnsi="Times New Roman" w:eastAsia="Times New Roman" w:cs="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120" w:after="80" w:line="259" w:lineRule="auto"/>
      <w:outlineLvl w:val="1"/>
    </w:pPr>
    <w:rPr>
      <w:rFonts w:ascii="Times New Roman" w:hAnsi="Times New Roman" w:eastAsia="Times New Roman" w:cs="Times New Roman"/>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259" w:lineRule="auto" w:before="0"/>
      <w:contextualSpacing/>
    </w:pPr>
    <w:rPr>
      <w:rFonts w:ascii="Times New Roman" w:hAnsi="Times New Roman" w:eastAsia="Times New Roman" w:cs="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40" w:line="259" w:lineRule="auto"/>
    </w:pPr>
    <w:rPr>
      <w:rFonts w:ascii="Times New Roman" w:hAnsi="Times New Roman" w:eastAsia="Times New Roman" w:cs="Times New Roman"/>
      <w:b/>
      <w:i/>
      <w:iCs/>
      <w:color w:val="000000"/>
      <w:spacing w:val="15"/>
      <w:sz w:val="22"/>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259" w:lineRule="auto" w:before="0" w:after="240"/>
    </w:pPr>
    <w:rPr>
      <w:rFonts w:ascii="Times New Roman" w:hAnsi="Times New Roman" w:eastAsia="Times New Roman" w:cs="Times New Roman"/>
      <w:b w:val="0"/>
      <w:bCs/>
      <w:color w:val="000000"/>
      <w:sz w:val="19"/>
      <w:szCs w:val="18"/>
      <w:lang w:val="tr-T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Öğretmen Refakat İzni Dilekçesi </dc:title>
  <dc:subject>Düzenlenebilir boş dilekçe ve kurgusal doldurulmuş örnek</dc:subject>
  <dc:creator/>
  <cp:keywords/>
  <dc:description/>
  <cp:lastModifiedBy/>
  <cp:revision>1</cp:revision>
  <dcterms:created xsi:type="dcterms:W3CDTF">2026-11-03T00:00:00Z</dcterms:created>
  <dcterms:modified xsi:type="dcterms:W3CDTF">2026-11-03T00:00:00Z</dcterms:modified>
  <cp:category/>
  <dc:language>tr-TR</dc:language>
</cp:coreProperties>
</file>