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pPr>
      <w:r>
        <w:t>MEBBİS Hizmet Kaydı Düzeltme Dilekçesi</w:t>
      </w:r>
    </w:p>
    <w:p>
      <w:pPr>
        <w:pStyle w:val="Subtitle"/>
        <w:keepNext/>
        <w:keepLines/>
      </w:pPr>
      <w:r>
        <w:t>Düzenlenebilir boş dilekçe</w:t>
      </w:r>
    </w:p>
    <w:p>
      <w:pPr>
        <w:pStyle w:val="Caption"/>
        <w:keepNext/>
        <w:keepLines/>
        <w:spacing w:after="320"/>
      </w:pPr>
      <w:r>
        <w:t>Köşeli parantez içindeki alanları doldurun. Talebinizi ve ekleri kendi durumunuza göre düzenleyin. Boş alanları yalnızca kendi kayıt ve belgelerinize göre doldurun. Doldurulmuş örnekteki kişi, kurum ve olay tamamen kurgusaldır. Ekleri elinizdeki belgelere göre düzenleyin. Bu form hizmet birleştirme veya SGK düzeltme başvurusu değildir.</w:t>
      </w:r>
    </w:p>
    <w:p>
      <w:pPr>
        <w:keepNext/>
        <w:keepLines/>
        <w:spacing w:after="280"/>
        <w:jc w:val="center"/>
      </w:pPr>
      <w:r>
        <w:rPr>
          <w:b/>
        </w:rPr>
        <w:t>[Okul/Kurum Adı] Müdürlüğüne</w:t>
      </w:r>
    </w:p>
    <w:p>
      <w:pPr>
        <w:keepNext/>
        <w:keepLines/>
        <w:spacing w:after="260"/>
      </w:pPr>
      <w:r>
        <w:rPr>
          <w:b/>
        </w:rPr>
        <w:t xml:space="preserve">Konu: </w:t>
      </w:r>
      <w:r>
        <w:t>MEBBİS hizmet kaydındaki [hatalı alanın adı] bilgisinin incelenerek düzeltilmesi talebi</w:t>
      </w:r>
    </w:p>
    <w:p>
      <w:pPr>
        <w:keepNext w:val="0"/>
        <w:keepLines/>
        <w:spacing w:after="180"/>
        <w:ind w:firstLine="369"/>
      </w:pPr>
      <w:r>
        <w:t>Kurumunuzda [alan/branş] öğretmeni olarak görev yapmaktayım. MEBBİS üzerinden [kontrol tarihi] tarihinde yaptığım incelemede, [hizmet kaydının ait olduğu kurum] için görünen [hizmet dönemi] kaydında [hatalı alanın adı] bilgisinin ekli belgeyle uyuşmadığını tespit ettim. Başvurum, aşağıda açıklanan kayıt ile sınırlıdır.</w:t>
      </w:r>
    </w:p>
    <w:p>
      <w:pPr>
        <w:keepNext w:val="0"/>
        <w:keepLines/>
        <w:spacing w:after="180"/>
        <w:ind w:firstLine="369"/>
      </w:pPr>
      <w:r>
        <w:t>İlgili alanda mevcut bilgi [sistemde görünen değer] şeklindedir. [Belgenin adı, tarihi ve varsa sayısı] üzerinde ise aynı bilgi [belgede yer alan doğru değer] olarak bulunmaktadır. Belgenin ilgili bölümünü ve kayıt ekranının başvuruyla bağlantılı kısmını incelemeye sunuyorum. Talep ettiğim değişiklik, bu iki kayıt arasındaki farkın dayanaklarıyla birlikte değerlendirilmesidir.</w:t>
      </w:r>
    </w:p>
    <w:p>
      <w:pPr>
        <w:keepNext w:val="0"/>
        <w:keepLines/>
        <w:spacing w:after="180"/>
        <w:ind w:firstLine="369"/>
      </w:pPr>
      <w:r>
        <w:t>Hizmet kaydımın ekli belge ve kurum kayıtlarıyla karşılaştırılmasını, tespit edilecek yanlışlığın yetkili birimce düzeltilmesini ve işlem kurumunuzun yetkisi dışında ise başvurumun ilgili birime iletilmesini arz ederim. Mevcut belgeler arasında açıklığa kavuşturulması gereken bir farklılık veya tamamlamam gereken belge bulunması hâlinde tarafıma bildirilmesini talep ederim.</w:t>
      </w:r>
    </w:p>
    <w:p>
      <w:pPr>
        <w:keepNext w:val="0"/>
        <w:keepLines/>
        <w:spacing w:after="180"/>
        <w:ind w:firstLine="369"/>
      </w:pPr>
      <w:r>
        <w:t>Yapılan inceleme ve düzeltme sonucunun tarafıma bildirilmesini arz ederim.</w:t>
      </w:r>
    </w:p>
    <w:p>
      <w:pPr>
        <w:keepLines/>
        <w:spacing w:after="80" w:before="160"/>
      </w:pPr>
      <w:r>
        <w:rPr>
          <w:b/>
        </w:rPr>
        <w:t xml:space="preserve">Tarih: </w:t>
      </w:r>
      <w:r>
        <w:t>[Gün/Ay/Yıl]</w:t>
      </w:r>
    </w:p>
    <w:p>
      <w:pPr>
        <w:keepLines/>
        <w:spacing w:after="80"/>
      </w:pPr>
      <w:r>
        <w:rPr>
          <w:b/>
        </w:rPr>
        <w:t xml:space="preserve">Adı Soyadı: </w:t>
      </w:r>
      <w:r>
        <w:t>[Adınız Soyadınız]</w:t>
      </w:r>
    </w:p>
    <w:p>
      <w:pPr>
        <w:keepLines/>
        <w:spacing w:after="80"/>
      </w:pPr>
      <w:r>
        <w:rPr>
          <w:b/>
        </w:rPr>
        <w:t xml:space="preserve">Görev Yeri: </w:t>
      </w:r>
      <w:r>
        <w:t>[Okul/Kurum Adı]</w:t>
      </w:r>
    </w:p>
    <w:p>
      <w:pPr>
        <w:keepLines/>
        <w:spacing w:after="80"/>
      </w:pPr>
      <w:r>
        <w:rPr>
          <w:b/>
        </w:rPr>
        <w:t xml:space="preserve">İş Adresi: </w:t>
      </w:r>
      <w:r>
        <w:t>[Kurumun Yazışma Adresi]</w:t>
      </w:r>
    </w:p>
    <w:p>
      <w:pPr>
        <w:keepLines/>
        <w:spacing w:after="80"/>
      </w:pPr>
      <w:r>
        <w:rPr>
          <w:b/>
        </w:rPr>
        <w:t xml:space="preserve">İmza: </w:t>
      </w:r>
      <w:r>
        <w:t>[İmza]</w:t>
      </w:r>
    </w:p>
    <w:p>
      <w:pPr>
        <w:pStyle w:val="Heading2"/>
        <w:keepNext/>
        <w:keepLines/>
      </w:pPr>
      <w:r>
        <w:t>Ekler</w:t>
      </w:r>
    </w:p>
    <w:p>
      <w:pPr>
        <w:keepNext w:val="0"/>
        <w:keepLines/>
        <w:spacing w:after="60"/>
      </w:pPr>
      <w:r>
        <w:t>1. [Düzeltme talebini destekleyen belgenin adı ve sayfa sayısı]</w:t>
      </w:r>
    </w:p>
    <w:p>
      <w:pPr>
        <w:keepNext w:val="0"/>
        <w:keepLines/>
        <w:spacing w:after="60"/>
      </w:pPr>
      <w:r>
        <w:t>2. [İlgili kayıt bölümünü gösteren ekran çıktısı, varsa]</w:t>
      </w:r>
    </w:p>
    <w:p>
      <w:pPr>
        <w:pStyle w:val="Title"/>
        <w:keepNext/>
        <w:keepLines/>
        <w:pageBreakBefore/>
      </w:pPr>
      <w:r>
        <w:t>MEBBİS Hizmet Kaydı Düzeltme Dilekçesi</w:t>
      </w:r>
    </w:p>
    <w:p>
      <w:pPr>
        <w:pStyle w:val="Subtitle"/>
        <w:keepNext/>
        <w:keepLines/>
      </w:pPr>
      <w:r>
        <w:t>Tamamen kurgusal doldurulmuş örnek</w:t>
      </w:r>
    </w:p>
    <w:p>
      <w:pPr>
        <w:pStyle w:val="Caption"/>
        <w:keepNext/>
        <w:keepLines/>
        <w:spacing w:after="320"/>
      </w:pPr>
      <w:r>
        <w:t>Bu sayfadaki adlar, kurumlar ve olaylar yalnızca örnek amaçlıdır. Metni kendi durumunuza göre düzenleyin. Boş alanları yalnızca kendi kayıt ve belgelerinize göre doldurun. Doldurulmuş örnekteki kişi, kurum ve olay tamamen kurgusaldır. Ekleri elinizdeki belgelere göre düzenleyin. Bu form hizmet birleştirme veya SGK düzeltme başvurusu değildir.</w:t>
      </w:r>
    </w:p>
    <w:p>
      <w:pPr>
        <w:keepNext/>
        <w:keepLines/>
        <w:spacing w:after="280"/>
        <w:jc w:val="center"/>
      </w:pPr>
      <w:r>
        <w:rPr>
          <w:b/>
        </w:rPr>
        <w:t>Örnek Ortaokulu Müdürlüğüne</w:t>
      </w:r>
    </w:p>
    <w:p>
      <w:pPr>
        <w:keepNext/>
        <w:keepLines/>
        <w:spacing w:after="260"/>
      </w:pPr>
      <w:r>
        <w:rPr>
          <w:b/>
        </w:rPr>
        <w:t xml:space="preserve">Konu: </w:t>
      </w:r>
      <w:r>
        <w:t>MEBBİS hizmet kaydındaki göreve başlama tarihinin incelenerek düzeltilmesi talebi</w:t>
      </w:r>
    </w:p>
    <w:p>
      <w:pPr>
        <w:keepNext w:val="0"/>
        <w:keepLines/>
        <w:spacing w:after="180"/>
        <w:ind w:firstLine="369"/>
      </w:pPr>
      <w:r>
        <w:t>Kurumunuzda Türkçe öğretmeni olarak görev yapmaktayım. MEBBİS üzerinden 03.11.2026 tarihinde yaptığım incelemede, Örnek Ortaokulundaki görevime ilişkin hizmet kaydında göreve başlama tarihinin ekli belgeyle uyuşmadığını tespit ettim. Başvurum, kurumunuzdaki görevime ait bu başlangıç tarihi kaydı ile sınırlıdır.</w:t>
      </w:r>
    </w:p>
    <w:p>
      <w:pPr>
        <w:keepNext w:val="0"/>
        <w:keepLines/>
        <w:spacing w:after="180"/>
        <w:ind w:firstLine="369"/>
      </w:pPr>
      <w:r>
        <w:t>İlgili alanda mevcut bilgi 16.09.2024 şeklindedir. 02.09.2024 tarihli göreve başlama yazısında ise göreve başlama tarihim 02.09.2024 olarak bulunmaktadır. Belgenin ilgili bölümünü ve kayıt ekranının başvuruyla bağlantılı kısmını incelemeye sunuyorum. Talep ettiğim değişiklik, bu iki kayıt arasındaki farkın dayanaklarıyla birlikte değerlendirilmesidir.</w:t>
      </w:r>
    </w:p>
    <w:p>
      <w:pPr>
        <w:keepNext w:val="0"/>
        <w:keepLines/>
        <w:spacing w:after="180"/>
        <w:ind w:firstLine="369"/>
      </w:pPr>
      <w:r>
        <w:t>Hizmet kaydımın ekli belge ve kurum kayıtlarıyla karşılaştırılmasını, tespit edilecek yanlışlığın yetkili birimce düzeltilmesini ve işlem kurumunuzun yetkisi dışında ise başvurumun ilgili birime iletilmesini arz ederim. Mevcut belgeler arasında açıklığa kavuşturulması gereken bir farklılık veya tamamlamam gereken belge bulunması hâlinde tarafıma bildirilmesini talep ederim.</w:t>
      </w:r>
    </w:p>
    <w:p>
      <w:pPr>
        <w:keepNext w:val="0"/>
        <w:keepLines/>
        <w:spacing w:after="180"/>
        <w:ind w:firstLine="369"/>
      </w:pPr>
      <w:r>
        <w:t>Yapılan inceleme ve düzeltme sonucunun tarafıma bildirilmesini arz ederim.</w:t>
      </w:r>
    </w:p>
    <w:p>
      <w:pPr>
        <w:keepLines/>
        <w:spacing w:after="80" w:before="160"/>
      </w:pPr>
      <w:r>
        <w:rPr>
          <w:b/>
        </w:rPr>
        <w:t xml:space="preserve">Tarih: </w:t>
      </w:r>
      <w:r>
        <w:t>03.11.2026</w:t>
      </w:r>
    </w:p>
    <w:p>
      <w:pPr>
        <w:keepLines/>
        <w:spacing w:after="80"/>
      </w:pPr>
      <w:r>
        <w:rPr>
          <w:b/>
        </w:rPr>
        <w:t xml:space="preserve">Adı Soyadı: </w:t>
      </w:r>
      <w:r>
        <w:t>Örnek Öğretmen</w:t>
      </w:r>
    </w:p>
    <w:p>
      <w:pPr>
        <w:keepLines/>
        <w:spacing w:after="80"/>
      </w:pPr>
      <w:r>
        <w:rPr>
          <w:b/>
        </w:rPr>
        <w:t xml:space="preserve">Görev Yeri: </w:t>
      </w:r>
      <w:r>
        <w:t>Örnek Ortaokulu</w:t>
      </w:r>
    </w:p>
    <w:p>
      <w:pPr>
        <w:keepLines/>
        <w:spacing w:after="80"/>
      </w:pPr>
      <w:r>
        <w:rPr>
          <w:b/>
        </w:rPr>
        <w:t xml:space="preserve">İş Adresi: </w:t>
      </w:r>
      <w:r>
        <w:t>Örnek Ortaokulu Müdürlüğü, Örnek İlçe / Örnek İl</w:t>
      </w:r>
    </w:p>
    <w:p>
      <w:pPr>
        <w:keepLines/>
        <w:spacing w:after="80"/>
      </w:pPr>
      <w:r>
        <w:rPr>
          <w:b/>
        </w:rPr>
        <w:t xml:space="preserve">İmza: </w:t>
      </w:r>
      <w:r>
        <w:t>İmza alanı</w:t>
      </w:r>
    </w:p>
    <w:p>
      <w:pPr>
        <w:pStyle w:val="Heading2"/>
        <w:keepNext/>
        <w:keepLines/>
      </w:pPr>
      <w:r>
        <w:t>Ekler</w:t>
      </w:r>
    </w:p>
    <w:p>
      <w:pPr>
        <w:keepNext w:val="0"/>
        <w:keepLines/>
        <w:spacing w:after="60"/>
      </w:pPr>
      <w:r>
        <w:t>1. 02.09.2024 tarihli göreve başlama yazısı örneği, 1 sayfa</w:t>
      </w:r>
    </w:p>
    <w:p>
      <w:pPr>
        <w:keepNext w:val="0"/>
        <w:keepLines/>
        <w:spacing w:after="60"/>
      </w:pPr>
      <w:r>
        <w:t>2. İlgili hizmet kaydı ekran çıktısı, 1 sayfa</w:t>
      </w:r>
    </w:p>
    <w:sectPr w:rsidR="00FC693F" w:rsidRPr="0006063C" w:rsidSect="00034616">
      <w:pgSz w:w="12240" w:h="15840"/>
      <w:pgMar w:top="1134" w:right="1361" w:bottom="1134" w:left="136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60" w:line="259" w:lineRule="auto"/>
    </w:pPr>
    <w:rPr>
      <w:rFonts w:ascii="Times New Roman" w:hAnsi="Times New Roman" w:eastAsia="Times New Roman" w:cs="Times New Roman"/>
      <w:b w:val="0"/>
      <w:color w:val="000000"/>
      <w:sz w:val="24"/>
      <w:lang w:val="tr-TR"/>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59" w:lineRule="auto" w:before="0"/>
    </w:pPr>
    <w:rPr>
      <w:rFonts w:ascii="Times New Roman" w:hAnsi="Times New Roman" w:eastAsia="Times New Roman" w:cs="Times New Roman"/>
      <w:b w:val="0"/>
      <w:color w:val="000000"/>
      <w:sz w:val="18"/>
      <w:lang w:val="tr-T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59" w:lineRule="auto" w:before="0"/>
    </w:pPr>
    <w:rPr>
      <w:rFonts w:ascii="Times New Roman" w:hAnsi="Times New Roman" w:eastAsia="Times New Roman" w:cs="Times New Roman"/>
      <w:b w:val="0"/>
      <w:color w:val="000000"/>
      <w:sz w:val="18"/>
      <w:lang w:val="tr-T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80" w:line="259" w:lineRule="auto"/>
      <w:outlineLvl w:val="0"/>
    </w:pPr>
    <w:rPr>
      <w:rFonts w:ascii="Times New Roman" w:hAnsi="Times New Roman" w:eastAsia="Times New Roman" w:cs="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widowControl/>
      <w:spacing w:before="120" w:after="80" w:line="259" w:lineRule="auto"/>
      <w:outlineLvl w:val="1"/>
    </w:pPr>
    <w:rPr>
      <w:rFonts w:ascii="Times New Roman" w:hAnsi="Times New Roman" w:eastAsia="Times New Roman" w:cs="Times New Roman"/>
      <w:b/>
      <w:bCs/>
      <w:color w:val="000000"/>
      <w:sz w:val="24"/>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00" w:line="259" w:lineRule="auto" w:before="0"/>
      <w:contextualSpacing/>
    </w:pPr>
    <w:rPr>
      <w:rFonts w:ascii="Times New Roman" w:hAnsi="Times New Roman" w:eastAsia="Times New Roman" w:cs="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40" w:line="259" w:lineRule="auto"/>
    </w:pPr>
    <w:rPr>
      <w:rFonts w:ascii="Times New Roman" w:hAnsi="Times New Roman" w:eastAsia="Times New Roman" w:cs="Times New Roman"/>
      <w:b/>
      <w:i/>
      <w:iCs/>
      <w:color w:val="000000"/>
      <w:spacing w:val="15"/>
      <w:sz w:val="22"/>
      <w:szCs w:val="24"/>
      <w:lang w:val="tr-T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widowControl/>
      <w:spacing w:line="259" w:lineRule="auto" w:before="0" w:after="240"/>
    </w:pPr>
    <w:rPr>
      <w:rFonts w:ascii="Times New Roman" w:hAnsi="Times New Roman" w:eastAsia="Times New Roman" w:cs="Times New Roman"/>
      <w:b w:val="0"/>
      <w:bCs/>
      <w:color w:val="000000"/>
      <w:sz w:val="19"/>
      <w:szCs w:val="18"/>
      <w:lang w:val="tr-TR"/>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MEBBİS Hizmet Kaydı Düzeltme Dilekçesi</dc:title>
  <dc:subject>Düzenlenebilir boş dilekçe ve kurgusal doldurulmuş örnek</dc:subject>
  <dc:creator/>
  <cp:keywords/>
  <dc:description/>
  <cp:lastModifiedBy/>
  <cp:revision>1</cp:revision>
  <dcterms:created xsi:type="dcterms:W3CDTF">2026-11-03T00:00:00Z</dcterms:created>
  <dcterms:modified xsi:type="dcterms:W3CDTF">2026-11-03T00:00:00Z</dcterms:modified>
  <cp:category/>
  <dc:language>tr-TR</dc:language>
</cp:coreProperties>
</file>