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pPr>
      <w:r>
        <w:t>Lisansüstü Öğrenim İçin Ders Programı Dilekçesi</w:t>
      </w:r>
    </w:p>
    <w:p>
      <w:pPr>
        <w:pStyle w:val="Subtitle"/>
        <w:keepNext/>
        <w:keepLines/>
      </w:pPr>
      <w:r>
        <w:t>Düzenlenebilir boş dilekçe</w:t>
      </w:r>
    </w:p>
    <w:p>
      <w:pPr>
        <w:pStyle w:val="Caption"/>
        <w:keepNext/>
        <w:keepLines/>
        <w:spacing w:after="320"/>
      </w:pPr>
      <w:r>
        <w:t>Köşeli parantez içindeki alanları doldurun. Talebinizi ve ekleri kendi durumunuza göre düzenleyin. Bu örnek belirli saatlerde program düzenleme talebidir; genel izin belgesi değildir. Öğrenim ve çalışma statünüzü kontrol edin. Doldurulmuş metindeki kişi ve kurum bilgileri tamamen kurgusaldır.</w:t>
      </w:r>
    </w:p>
    <w:p>
      <w:pPr>
        <w:keepNext/>
        <w:keepLines/>
        <w:spacing w:after="40"/>
        <w:jc w:val="center"/>
      </w:pPr>
      <w:r>
        <w:rPr>
          <w:b/>
        </w:rPr>
        <w:t>[Okul Adı] Müdürlüğüne</w:t>
      </w:r>
    </w:p>
    <w:p>
      <w:pPr>
        <w:keepNext/>
        <w:keepLines/>
        <w:spacing w:after="280"/>
        <w:jc w:val="center"/>
      </w:pPr>
      <w:r>
        <w:rPr>
          <w:b/>
        </w:rPr>
        <w:t>[İlçe / İl]</w:t>
      </w:r>
    </w:p>
    <w:p>
      <w:pPr>
        <w:keepNext/>
        <w:keepLines/>
        <w:spacing w:after="260"/>
      </w:pPr>
      <w:r>
        <w:rPr>
          <w:b/>
        </w:rPr>
        <w:t xml:space="preserve">Konu: </w:t>
      </w:r>
      <w:r>
        <w:t>Lisansüstü öğrenim nedeniyle ders programımın düzenlenmesi talebi</w:t>
      </w:r>
    </w:p>
    <w:p>
      <w:pPr>
        <w:keepNext w:val="0"/>
        <w:keepLines/>
        <w:spacing w:after="180"/>
        <w:ind w:firstLine="369"/>
      </w:pPr>
      <w:r>
        <w:t>Okulunuzda kadrolu [alan] öğretmeni olarak görev yapmaktayım. [Üniversite] bünyesindeki [enstitü ve program] lisansüstü programına [dönem] döneminde devam etmekteyim. Güncel öğrenci belgem ve dönemlik ders çizelgem ekte sunulmuştur.</w:t>
      </w:r>
    </w:p>
    <w:p>
      <w:pPr>
        <w:keepNext w:val="0"/>
        <w:keepLines/>
        <w:spacing w:after="180"/>
        <w:ind w:firstLine="369"/>
      </w:pPr>
      <w:r>
        <w:t>Üniversite programıma göre [gün/saat] aralığında [ders veya akademik çalışma] kapsamında katılımım gerekmektedir. Mevcut okul programımda [çakışan ders veya saat] bulunduğundan öğrenimime devam edebilmek için [istenen gün/saat düzenlemesi] yapılmasını talep ediyorum. [Gerekliyse somut ulaşım açıklaması].</w:t>
      </w:r>
    </w:p>
    <w:p>
      <w:pPr>
        <w:keepNext w:val="0"/>
        <w:keepLines/>
        <w:spacing w:after="180"/>
        <w:ind w:firstLine="369"/>
      </w:pPr>
      <w:r>
        <w:t>Millî Eğitim Bakanlığı İzin Yönergesinin 18 inci maddesinin birinci fıkrasının (e) bendi kapsamında, görevlerimi aksatmadan lisansüstü öğrenimime devam edebileceğim şekilde ders programımın düzenlenmesini ve başvurumun sonucunun tarafıma yazılı olarak bildirilmesini arz ederim.</w:t>
      </w:r>
    </w:p>
    <w:p>
      <w:pPr>
        <w:keepLines/>
        <w:spacing w:after="80" w:before="160"/>
      </w:pPr>
      <w:r>
        <w:rPr>
          <w:b/>
        </w:rPr>
        <w:t xml:space="preserve">Tarih: </w:t>
      </w:r>
      <w:r>
        <w:t>[Gün.ay.yıl]</w:t>
      </w:r>
    </w:p>
    <w:p>
      <w:pPr>
        <w:keepLines/>
        <w:spacing w:after="80"/>
      </w:pPr>
      <w:r>
        <w:rPr>
          <w:b/>
        </w:rPr>
        <w:t xml:space="preserve">Adı Soyadı: </w:t>
      </w:r>
      <w:r>
        <w:t>[Adınız soyadınız]</w:t>
      </w:r>
    </w:p>
    <w:p>
      <w:pPr>
        <w:keepLines/>
        <w:spacing w:after="80"/>
      </w:pPr>
      <w:r>
        <w:rPr>
          <w:b/>
        </w:rPr>
        <w:t xml:space="preserve">Görevi ve Alanı: </w:t>
      </w:r>
      <w:r>
        <w:t>[Göreviniz ve öğretmenlik alanınız]</w:t>
      </w:r>
    </w:p>
    <w:p>
      <w:pPr>
        <w:keepLines/>
        <w:spacing w:after="80"/>
      </w:pPr>
      <w:r>
        <w:rPr>
          <w:b/>
        </w:rPr>
        <w:t xml:space="preserve">İş Adresi: </w:t>
      </w:r>
      <w:r>
        <w:t>[Okulunuzun açık iş adresi]</w:t>
      </w:r>
    </w:p>
    <w:p>
      <w:pPr>
        <w:keepLines/>
        <w:spacing w:after="80"/>
      </w:pPr>
      <w:r>
        <w:rPr>
          <w:b/>
        </w:rPr>
        <w:t xml:space="preserve">İmza: </w:t>
      </w:r>
      <w:r>
        <w:t>[İmza]</w:t>
      </w:r>
    </w:p>
    <w:p>
      <w:pPr>
        <w:pStyle w:val="Heading2"/>
        <w:keepNext/>
        <w:keepLines/>
      </w:pPr>
      <w:r>
        <w:t>Ekler</w:t>
      </w:r>
    </w:p>
    <w:p>
      <w:pPr>
        <w:keepNext w:val="0"/>
        <w:keepLines/>
        <w:spacing w:after="60"/>
      </w:pPr>
      <w:r>
        <w:t>1. Güncel öğrenci belgesi</w:t>
      </w:r>
    </w:p>
    <w:p>
      <w:pPr>
        <w:keepNext w:val="0"/>
        <w:keepLines/>
        <w:spacing w:after="60"/>
      </w:pPr>
      <w:r>
        <w:t>2. Dönemlik lisansüstü ders veya çalışma çizelgesi</w:t>
      </w:r>
    </w:p>
    <w:p>
      <w:pPr>
        <w:pStyle w:val="Title"/>
        <w:keepNext/>
        <w:keepLines/>
        <w:pageBreakBefore/>
      </w:pPr>
      <w:r>
        <w:t>Lisansüstü Öğrenim İçin Ders Programı Dilekçesi</w:t>
      </w:r>
    </w:p>
    <w:p>
      <w:pPr>
        <w:pStyle w:val="Subtitle"/>
        <w:keepNext/>
        <w:keepLines/>
      </w:pPr>
      <w:r>
        <w:t>Tamamen kurgusal doldurulmuş örnek</w:t>
      </w:r>
    </w:p>
    <w:p>
      <w:pPr>
        <w:pStyle w:val="Caption"/>
        <w:keepNext/>
        <w:keepLines/>
        <w:spacing w:after="320"/>
      </w:pPr>
      <w:r>
        <w:t>Bu sayfadaki adlar, kurumlar ve olaylar yalnızca örnek amaçlıdır. Metni kendi durumunuza göre düzenleyin. Bu örnek belirli saatlerde program düzenleme talebidir; genel izin belgesi değildir. Öğrenim ve çalışma statünüzü kontrol edin. Doldurulmuş metindeki kişi ve kurum bilgileri tamamen kurgusaldır.</w:t>
      </w:r>
    </w:p>
    <w:p>
      <w:pPr>
        <w:keepNext/>
        <w:keepLines/>
        <w:spacing w:after="40"/>
        <w:jc w:val="center"/>
      </w:pPr>
      <w:r>
        <w:rPr>
          <w:b/>
        </w:rPr>
        <w:t>Örnek Ortaokulu Müdürlüğüne</w:t>
      </w:r>
    </w:p>
    <w:p>
      <w:pPr>
        <w:keepNext/>
        <w:keepLines/>
        <w:spacing w:after="280"/>
        <w:jc w:val="center"/>
      </w:pPr>
      <w:r>
        <w:rPr>
          <w:b/>
        </w:rPr>
        <w:t>Örnek İlçe / Örnek İl</w:t>
      </w:r>
    </w:p>
    <w:p>
      <w:pPr>
        <w:keepNext/>
        <w:keepLines/>
        <w:spacing w:after="260"/>
      </w:pPr>
      <w:r>
        <w:rPr>
          <w:b/>
        </w:rPr>
        <w:t xml:space="preserve">Konu: </w:t>
      </w:r>
      <w:r>
        <w:t>Yüksek lisans öğrenimi nedeniyle ders programımın düzenlenmesi talebi</w:t>
      </w:r>
    </w:p>
    <w:p>
      <w:pPr>
        <w:keepNext w:val="0"/>
        <w:keepLines/>
        <w:spacing w:after="180"/>
        <w:ind w:firstLine="369"/>
      </w:pPr>
      <w:r>
        <w:t>Okulunuzda kadrolu Türkçe öğretmeni olarak görev yapmaktayım. Örnek Üniversitesinin Örnek Enstitüsü bünyesindeki eğitim bilimleri tezli yüksek lisans programına 2026–2027 güz döneminde devam etmekteyim. Güncel öğrenci belgem ve dönemlik ders çizelgem ekte sunulmuştur.</w:t>
      </w:r>
    </w:p>
    <w:p>
      <w:pPr>
        <w:keepNext w:val="0"/>
        <w:keepLines/>
        <w:spacing w:after="180"/>
        <w:ind w:firstLine="369"/>
      </w:pPr>
      <w:r>
        <w:t>Üniversite programıma göre salı günleri 13.00–16.00 arasında yüz yüze derslere katılmam gerekmektedir. Mevcut okul programımda aynı gün öğleden sonra derslerim bulunduğundan, bu derslerin diğer uygun saatlere alınmasını talep ediyorum. Üniversiteye ulaşım için gerekli süre nedeniyle salı günleri 12.00 sonrasında ders planlanmaması ihtiyacımın değerlendirilmesini istiyorum.</w:t>
      </w:r>
    </w:p>
    <w:p>
      <w:pPr>
        <w:keepNext w:val="0"/>
        <w:keepLines/>
        <w:spacing w:after="180"/>
        <w:ind w:firstLine="369"/>
      </w:pPr>
      <w:r>
        <w:t>Millî Eğitim Bakanlığı İzin Yönergesinin 18 inci maddesinin birinci fıkrasının (e) bendi kapsamında, görevlerimi aksatmadan lisansüstü öğrenimime devam edebileceğim şekilde ders programımın düzenlenmesini ve sonucun tarafıma yazılı olarak bildirilmesini arz ederim.</w:t>
      </w:r>
    </w:p>
    <w:p>
      <w:pPr>
        <w:keepLines/>
        <w:spacing w:after="80" w:before="160"/>
      </w:pPr>
      <w:r>
        <w:rPr>
          <w:b/>
        </w:rPr>
        <w:t xml:space="preserve">Tarih: </w:t>
      </w:r>
      <w:r>
        <w:t>03.11.2026</w:t>
      </w:r>
    </w:p>
    <w:p>
      <w:pPr>
        <w:keepLines/>
        <w:spacing w:after="80"/>
      </w:pPr>
      <w:r>
        <w:rPr>
          <w:b/>
        </w:rPr>
        <w:t xml:space="preserve">Adı Soyadı: </w:t>
      </w:r>
      <w:r>
        <w:t>Örnek Öğretmen</w:t>
      </w:r>
    </w:p>
    <w:p>
      <w:pPr>
        <w:keepLines/>
        <w:spacing w:after="80"/>
      </w:pPr>
      <w:r>
        <w:rPr>
          <w:b/>
        </w:rPr>
        <w:t xml:space="preserve">Görevi ve Alanı: </w:t>
      </w:r>
      <w:r>
        <w:t>Öğretmen / Örnek Alan</w:t>
      </w:r>
    </w:p>
    <w:p>
      <w:pPr>
        <w:keepLines/>
        <w:spacing w:after="80"/>
      </w:pPr>
      <w:r>
        <w:rPr>
          <w:b/>
        </w:rPr>
        <w:t xml:space="preserve">İş Adresi: </w:t>
      </w:r>
      <w:r>
        <w:t>Örnek Okul Müdürlüğü / Örnek İlçe</w:t>
      </w:r>
    </w:p>
    <w:p>
      <w:pPr>
        <w:keepLines/>
        <w:spacing w:after="80"/>
      </w:pPr>
      <w:r>
        <w:rPr>
          <w:b/>
        </w:rPr>
        <w:t xml:space="preserve">İmza: </w:t>
      </w:r>
      <w:r>
        <w:t>İmza alanı</w:t>
      </w:r>
    </w:p>
    <w:p>
      <w:pPr>
        <w:pStyle w:val="Heading2"/>
        <w:keepNext/>
        <w:keepLines/>
      </w:pPr>
      <w:r>
        <w:t>Ekler</w:t>
      </w:r>
    </w:p>
    <w:p>
      <w:pPr>
        <w:keepNext w:val="0"/>
        <w:keepLines/>
        <w:spacing w:after="60"/>
      </w:pPr>
      <w:r>
        <w:t>1. 2 Kasım 2026 tarihli kurgusal öğrenci belgesi</w:t>
      </w:r>
    </w:p>
    <w:p>
      <w:pPr>
        <w:keepNext w:val="0"/>
        <w:keepLines/>
        <w:spacing w:after="60"/>
      </w:pPr>
      <w:r>
        <w:t>2. 2026–2027 güz dönemine ait kurgusal lisansüstü ders çizelgesi</w:t>
      </w:r>
    </w:p>
    <w:sectPr w:rsidR="00FC693F" w:rsidRPr="0006063C" w:rsidSect="00034616">
      <w:pgSz w:w="12240" w:h="15840"/>
      <w:pgMar w:top="1134" w:right="1361" w:bottom="1134" w:left="136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60" w:line="259" w:lineRule="auto"/>
    </w:pPr>
    <w:rPr>
      <w:rFonts w:ascii="Times New Roman" w:hAnsi="Times New Roman" w:eastAsia="Times New Roman" w:cs="Times New Roman"/>
      <w:b w:val="0"/>
      <w:color w:val="000000"/>
      <w:sz w:val="24"/>
      <w:lang w:val="tr-TR"/>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59" w:lineRule="auto" w:before="0"/>
    </w:pPr>
    <w:rPr>
      <w:rFonts w:ascii="Times New Roman" w:hAnsi="Times New Roman" w:eastAsia="Times New Roman" w:cs="Times New Roman"/>
      <w:b w:val="0"/>
      <w:color w:val="000000"/>
      <w:sz w:val="18"/>
      <w:lang w:val="tr-T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59" w:lineRule="auto" w:before="0"/>
    </w:pPr>
    <w:rPr>
      <w:rFonts w:ascii="Times New Roman" w:hAnsi="Times New Roman" w:eastAsia="Times New Roman" w:cs="Times New Roman"/>
      <w:b w:val="0"/>
      <w:color w:val="000000"/>
      <w:sz w:val="18"/>
      <w:lang w:val="tr-T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80" w:line="259" w:lineRule="auto"/>
      <w:outlineLvl w:val="0"/>
    </w:pPr>
    <w:rPr>
      <w:rFonts w:ascii="Times New Roman" w:hAnsi="Times New Roman" w:eastAsia="Times New Roman" w:cs="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widowControl/>
      <w:spacing w:before="120" w:after="80" w:line="259" w:lineRule="auto"/>
      <w:outlineLvl w:val="1"/>
    </w:pPr>
    <w:rPr>
      <w:rFonts w:ascii="Times New Roman" w:hAnsi="Times New Roman" w:eastAsia="Times New Roman" w:cs="Times New Roman"/>
      <w:b/>
      <w:bCs/>
      <w:color w:val="000000"/>
      <w:sz w:val="24"/>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00" w:line="259" w:lineRule="auto" w:before="0"/>
      <w:contextualSpacing/>
    </w:pPr>
    <w:rPr>
      <w:rFonts w:ascii="Times New Roman" w:hAnsi="Times New Roman" w:eastAsia="Times New Roman" w:cs="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40" w:line="259" w:lineRule="auto"/>
    </w:pPr>
    <w:rPr>
      <w:rFonts w:ascii="Times New Roman" w:hAnsi="Times New Roman" w:eastAsia="Times New Roman" w:cs="Times New Roman"/>
      <w:b/>
      <w:i/>
      <w:iCs/>
      <w:color w:val="000000"/>
      <w:spacing w:val="15"/>
      <w:sz w:val="22"/>
      <w:szCs w:val="24"/>
      <w:lang w:val="tr-T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widowControl/>
      <w:spacing w:line="259" w:lineRule="auto" w:before="0" w:after="240"/>
    </w:pPr>
    <w:rPr>
      <w:rFonts w:ascii="Times New Roman" w:hAnsi="Times New Roman" w:eastAsia="Times New Roman" w:cs="Times New Roman"/>
      <w:b w:val="0"/>
      <w:bCs/>
      <w:color w:val="000000"/>
      <w:sz w:val="19"/>
      <w:szCs w:val="18"/>
      <w:lang w:val="tr-T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Lisansüstü Öğrenim İçin Ders Programı Dilekçesi</dc:title>
  <dc:subject>Düzenlenebilir boş dilekçe ve kurgusal doldurulmuş örnek</dc:subject>
  <dc:creator/>
  <cp:keywords/>
  <dc:description/>
  <cp:lastModifiedBy/>
  <cp:revision>1</cp:revision>
  <dcterms:created xsi:type="dcterms:W3CDTF">2026-11-03T00:00:00Z</dcterms:created>
  <dcterms:modified xsi:type="dcterms:W3CDTF">2026-11-03T00:00:00Z</dcterms:modified>
  <cp:category/>
  <dc:language>tr-TR</dc:language>
</cp:coreProperties>
</file>