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Beden Eğitimi Sağlık Dilekçesi</w:t>
      </w:r>
    </w:p>
    <w:p>
      <w:pPr>
        <w:spacing w:after="320"/>
      </w:pPr>
      <w:r>
        <w:rPr>
          <w:sz w:val="18"/>
        </w:rPr>
        <w:t>Boş ve düzenlenebilir dilekçe örneği</w:t>
      </w:r>
    </w:p>
    <w:p>
      <w:pPr>
        <w:keepLines/>
        <w:spacing w:after="280"/>
      </w:pPr>
      <w:r>
        <w:rPr>
          <w:b/>
        </w:rPr>
        <w:t>[OKULUN ADI] MÜDÜRLÜĞÜNE</w:t>
      </w:r>
    </w:p>
    <w:p>
      <w:pPr>
        <w:keepLines/>
      </w:pPr>
      <w:r>
        <w:t>[İLÇE / İL]</w:t>
      </w:r>
    </w:p>
    <w:p>
      <w:pPr>
        <w:keepLines/>
      </w:pPr>
      <w:r>
        <w:t>Konu: Sağlık raporu doğrultusunda beden eğitimi uygulamalarının düzenlenmesi talebi</w:t>
      </w:r>
    </w:p>
    <w:p>
      <w:pPr>
        <w:keepLines/>
      </w:pPr>
      <w:r>
        <w:t>Okulunuzun [sınıf/şube] sınıfında öğrenim gören [okul numarası] numaralı [öğrencinin adı soyadı] isimli öğrencinin velisiyim.</w:t>
      </w:r>
    </w:p>
    <w:p>
      <w:pPr>
        <w:keepLines/>
      </w:pPr>
      <w:r>
        <w:t>[Sağlık kuruluşunun adı] tarafından düzenlenen [gg/aa/yyyy] tarihli [varsa rapor numarası] sayılı sağlık raporu ekte sunulmuştur. Raporda öğrencimin [raporda belirtilen etkinlikler / uygulamalar] bakımından [raporda belirtilen süre veya kapsam] için sınırlılığı bulunduğu belirtilmektedir.</w:t>
      </w:r>
    </w:p>
    <w:p>
      <w:pPr>
        <w:keepLines/>
      </w:pPr>
      <w:r>
        <w:t>Öğrencimin [dersin tam adı] dersine katılımının ve değerlendirilmesinin, ilgili mevzuat ile raporda yer alan süre ve sınırlamalar doğrultusunda düzenlenmesini; ilgili öğretmenin bilgilendirilmesini ve uygulama hakkında tarafıma bilgi verilmesini arz ederim.</w:t>
      </w:r>
    </w:p>
    <w:p>
      <w:pPr>
        <w:keepLines/>
      </w:pPr>
      <w:r>
        <w:t>Tarih: [gg/aa/yyyy]</w:t>
      </w:r>
    </w:p>
    <w:p>
      <w:pPr>
        <w:keepLines/>
      </w:pPr>
      <w:r>
        <w:t>Velinin adı soyadı: [................................]</w:t>
      </w:r>
    </w:p>
    <w:p>
      <w:pPr>
        <w:keepLines/>
      </w:pPr>
      <w:r>
        <w:t>Telefon: [................................]</w:t>
      </w:r>
    </w:p>
    <w:p>
      <w:pPr>
        <w:keepLines/>
      </w:pPr>
      <w:r>
        <w:t>İmza:</w:t>
      </w:r>
    </w:p>
    <w:p>
      <w:pPr>
        <w:keepLines/>
      </w:pPr>
      <w:r>
        <w:t>Ek: [gg/aa/yyyy] tarihli sağlık raporu ([...] sayfa)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p>
      <w:r>
        <w:br w:type="page"/>
      </w:r>
    </w:p>
    <w:p>
      <w:pPr>
        <w:pStyle w:val="Title"/>
      </w:pPr>
      <w:r>
        <w:t>Beden Eğitimi Sağlık Dilekçesi</w:t>
      </w:r>
    </w:p>
    <w:p>
      <w:pPr>
        <w:spacing w:after="320"/>
      </w:pPr>
      <w:r>
        <w:rPr>
          <w:sz w:val="18"/>
        </w:rPr>
        <w:t>Doldurulmuş örnek  •  Tüm kişi ve okul adları kurgusaldır</w:t>
      </w:r>
    </w:p>
    <w:p>
      <w:pPr>
        <w:keepLines/>
      </w:pPr>
      <w:r>
        <w:t>TAMAMI KURGUSAL DOLDURULMUŞ ÖRNEKTİR. SAĞLIK RAPORU ÖRNEĞİ DEĞİLDİR.</w:t>
      </w:r>
    </w:p>
    <w:p>
      <w:pPr>
        <w:keepLines/>
        <w:spacing w:after="280"/>
      </w:pPr>
      <w:r>
        <w:rPr>
          <w:b/>
        </w:rPr>
        <w:t>ÖRNEK BAHAR ORTAOKULU MÜDÜRLÜĞÜNE</w:t>
      </w:r>
    </w:p>
    <w:p>
      <w:pPr>
        <w:keepLines/>
      </w:pPr>
      <w:r>
        <w:t>Konu: Sağlık raporu doğrultusunda beden eğitimi uygulamalarının düzenlenmesi talebi</w:t>
      </w:r>
    </w:p>
    <w:p>
      <w:pPr>
        <w:keepLines/>
      </w:pPr>
      <w:r>
        <w:t>Okulunuzun 6/A sınıfında öğrenim gören 204 numaralı Deniz Örnek isimli öğrencinin velisiyim.</w:t>
      </w:r>
    </w:p>
    <w:p>
      <w:pPr>
        <w:keepLines/>
      </w:pPr>
      <w:r>
        <w:t>Yetkili sağlık kuruluşunca düzenlenen 2 Kasım 2026 tarihli raporda öğrencimin 2-13 Kasım 2026 döneminde koşma ve sıçrama uygulamalarına katılamayacağı belirtilmiştir. Bu açıklama, yalnızca dilekçenin nasıl doldurulduğunu göstermek amacıyla oluşturulmuş kurgusal bir durumdur.</w:t>
      </w:r>
    </w:p>
    <w:p>
      <w:pPr>
        <w:keepLines/>
      </w:pPr>
      <w:r>
        <w:t>Öğrencimin beden eğitimi ve spor dersine katılımının ve değerlendirilmesinin, ilgili mevzuat ile gerçek başvuruda sunulacak raporun süre ve sınırlamaları doğrultusunda düzenlenmesini; ilgili öğretmenin bilgilendirilmesini ve uygulama hakkında tarafıma bilgi verilmesini arz ederim.</w:t>
      </w:r>
    </w:p>
    <w:p>
      <w:pPr>
        <w:keepLines/>
      </w:pPr>
      <w:r>
        <w:t>Tarih: 3 Kasım 2026</w:t>
      </w:r>
    </w:p>
    <w:p>
      <w:pPr>
        <w:keepLines/>
      </w:pPr>
      <w:r>
        <w:t>Velinin adı soyadı: Ekin Örnek</w:t>
      </w:r>
    </w:p>
    <w:p>
      <w:pPr>
        <w:keepLines/>
      </w:pPr>
      <w:r>
        <w:t>Telefon: [Veli tarafından doldurulur]</w:t>
      </w:r>
    </w:p>
    <w:p>
      <w:pPr>
        <w:keepLines/>
      </w:pPr>
      <w:r>
        <w:t>İmza: [Veli tarafından imzalanır]</w:t>
      </w:r>
    </w:p>
    <w:p>
      <w:pPr>
        <w:keepLines/>
      </w:pPr>
      <w:r>
        <w:t>Ek: [Gerçek başvuruda yetkili kuruluşun düzenlediği rapor eklenir]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sectPr w:rsidR="00FC693F" w:rsidRPr="0006063C" w:rsidSect="00034616">
      <w:pgSz w:w="11906" w:h="16838"/>
      <w:pgMar w:top="119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Beden Eğitimi Sağlık Dilekçesi</dc:title>
  <dc:subject>Veli dilekçesi örneği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