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Devamsızlık Mazeret Bildirimi Dilekçesi</w:t>
      </w:r>
    </w:p>
    <w:p>
      <w:pPr>
        <w:spacing w:after="320"/>
      </w:pPr>
      <w:r>
        <w:rPr>
          <w:sz w:val="18"/>
        </w:rPr>
        <w:t>Boş ve düzenlenebilir dilekçe örneği</w:t>
      </w:r>
    </w:p>
    <w:p>
      <w:pPr>
        <w:keepLines/>
        <w:spacing w:after="280"/>
      </w:pPr>
      <w:r>
        <w:rPr>
          <w:b/>
        </w:rPr>
        <w:t>[OKULUN ADI] MÜDÜRLÜĞÜNE</w:t>
      </w:r>
    </w:p>
    <w:p>
      <w:pPr>
        <w:keepLines/>
      </w:pPr>
      <w:r>
        <w:t>[İLÇE / İL]</w:t>
      </w:r>
    </w:p>
    <w:p>
      <w:pPr>
        <w:keepLines/>
      </w:pPr>
      <w:r>
        <w:t>Konu: Öğrenci devamsızlığına ilişkin mazeret bildirimi</w:t>
      </w:r>
    </w:p>
    <w:p>
      <w:pPr>
        <w:keepLines/>
      </w:pPr>
      <w:r>
        <w:t>Okulunuzun [sınıf/şube] sınıfında öğrenim gören [okul numarası] numaralı [öğrencinin adı soyadı] isimli öğrencinin velisiyim.</w:t>
      </w:r>
    </w:p>
    <w:p>
      <w:pPr>
        <w:keepLines/>
      </w:pPr>
      <w:r>
        <w:t>Öğrencim, [devamsızlık yapılan tarih veya tarihler] tarihinde/tarihlerinde [gerçeğe uygun kısa mazeret açıklaması] nedeniyle okula devam edememiştir. Varsa devamsızlığın gün içindeki kapsamı: [yarım gün / ilgili ders saatleri / tam gün].</w:t>
      </w:r>
    </w:p>
    <w:p>
      <w:pPr>
        <w:keepLines/>
      </w:pPr>
      <w:r>
        <w:t>Belirtilen mazeretin ve varsa ekte sunulan belgelerin incelenerek devamsızlık kayıtlarının ilgili mevzuat çerçevesinde değerlendirilmesini arz ederim.</w:t>
      </w:r>
    </w:p>
    <w:p>
      <w:pPr>
        <w:keepLines/>
      </w:pPr>
      <w:r>
        <w:t>Tarih: [gg/aa/yyyy]</w:t>
      </w:r>
    </w:p>
    <w:p>
      <w:pPr>
        <w:keepLines/>
      </w:pPr>
      <w:r>
        <w:t>Velinin adı soyadı: [................................]</w:t>
      </w:r>
    </w:p>
    <w:p>
      <w:pPr>
        <w:keepLines/>
      </w:pPr>
      <w:r>
        <w:t>Öğrenciyle yakınlığı / yasal sorumluluk durumu: [................................]</w:t>
      </w:r>
    </w:p>
    <w:p>
      <w:pPr>
        <w:keepLines/>
      </w:pPr>
      <w:r>
        <w:t>Telefon: [................................]</w:t>
      </w:r>
    </w:p>
    <w:p>
      <w:pPr>
        <w:keepLines/>
      </w:pPr>
      <w:r>
        <w:t>İmza:</w:t>
      </w:r>
    </w:p>
    <w:p>
      <w:pPr>
        <w:keepLines/>
      </w:pPr>
      <w:r>
        <w:t>Ekler:</w:t>
      </w:r>
    </w:p>
    <w:p>
      <w:pPr>
        <w:keepLines/>
      </w:pPr>
      <w:r>
        <w:t>1. [Varsa sağlık raporu veya diğer belge, tarih ve sayfa sayısı]</w:t>
      </w:r>
    </w:p>
    <w:p>
      <w:pPr>
        <w:keepLines/>
      </w:pPr>
      <w:r>
        <w:t>2. [Varsa diğer ek]</w:t>
      </w:r>
    </w:p>
    <w:p>
      <w:pPr>
        <w:spacing w:before="300"/>
      </w:pPr>
      <w:r>
        <w:rPr>
          <w:sz w:val="16"/>
        </w:rPr>
        <w:t>Kullanım notu: Yardımcı örnektir; zorunlu resmî form değildir. Okulun güncel başvuru usulünü esas alın. Köşeli parantezli alanları doldurun; başvuru için yalnız ilgili dilekçe sayfasını kullanın.</w:t>
      </w:r>
    </w:p>
    <w:p>
      <w:r>
        <w:br w:type="page"/>
      </w:r>
    </w:p>
    <w:p>
      <w:pPr>
        <w:pStyle w:val="Title"/>
      </w:pPr>
      <w:r>
        <w:t>Devamsızlık Mazeret Bildirimi Dilekçesi</w:t>
      </w:r>
    </w:p>
    <w:p>
      <w:pPr>
        <w:spacing w:after="320"/>
      </w:pPr>
      <w:r>
        <w:rPr>
          <w:sz w:val="18"/>
        </w:rPr>
        <w:t>Doldurulmuş örnek  •  Tüm kişi ve okul adları kurgusaldır</w:t>
      </w:r>
    </w:p>
    <w:p>
      <w:pPr>
        <w:keepLines/>
      </w:pPr>
      <w:r>
        <w:t>TAMAMI KURGUSAL DOLDURULMUŞ ÖRNEKTİR. İMZALANARAK DOĞRUDAN KULLANILMAMALIDIR.</w:t>
      </w:r>
    </w:p>
    <w:p>
      <w:pPr>
        <w:keepLines/>
        <w:spacing w:after="280"/>
      </w:pPr>
      <w:r>
        <w:rPr>
          <w:b/>
        </w:rPr>
        <w:t>ÖRNEK BAHAR ORTAOKULU MÜDÜRLÜĞÜNE</w:t>
      </w:r>
    </w:p>
    <w:p>
      <w:pPr>
        <w:keepLines/>
      </w:pPr>
      <w:r>
        <w:t>Konu: Öğrenci devamsızlığına ilişkin mazeret bildirimi</w:t>
      </w:r>
    </w:p>
    <w:p>
      <w:pPr>
        <w:keepLines/>
      </w:pPr>
      <w:r>
        <w:t>Okulunuzun 6/A sınıfında öğrenim gören 204 numaralı Deniz Örnek isimli öğrencinin velisiyim.</w:t>
      </w:r>
    </w:p>
    <w:p>
      <w:pPr>
        <w:keepLines/>
      </w:pPr>
      <w:r>
        <w:t>Öğrencim, 2 Kasım 2026 tarihinde aile içinde ortaya çıkan zorunlu bir durum nedeniyle tam gün okula devam edememiştir. Bu dilekçe, belirtilen güne ilişkin yazılı veli beyanım olarak sunulmaktadır.</w:t>
      </w:r>
    </w:p>
    <w:p>
      <w:pPr>
        <w:keepLines/>
      </w:pPr>
      <w:r>
        <w:t>Belirtilen mazeretin incelenerek devamsızlık kaydının ilgili mevzuat çerçevesinde değerlendirilmesini arz ederim.</w:t>
      </w:r>
    </w:p>
    <w:p>
      <w:pPr>
        <w:keepLines/>
      </w:pPr>
      <w:r>
        <w:t>Tarih: 3 Kasım 2026</w:t>
      </w:r>
    </w:p>
    <w:p>
      <w:pPr>
        <w:keepLines/>
      </w:pPr>
      <w:r>
        <w:t>Velinin adı soyadı: Ekin Örnek</w:t>
      </w:r>
    </w:p>
    <w:p>
      <w:pPr>
        <w:keepLines/>
      </w:pPr>
      <w:r>
        <w:t>Öğrenciyle yakınlığı: Annesi</w:t>
      </w:r>
    </w:p>
    <w:p>
      <w:pPr>
        <w:keepLines/>
      </w:pPr>
      <w:r>
        <w:t>Telefon: [Veli tarafından doldurulur]</w:t>
      </w:r>
    </w:p>
    <w:p>
      <w:pPr>
        <w:keepLines/>
      </w:pPr>
      <w:r>
        <w:t>İmza: [Veli tarafından imzalanır]</w:t>
      </w:r>
    </w:p>
    <w:p>
      <w:pPr>
        <w:keepLines/>
      </w:pPr>
      <w:r>
        <w:t>Ek: Yok.</w:t>
      </w:r>
    </w:p>
    <w:p>
      <w:pPr>
        <w:spacing w:before="300"/>
      </w:pPr>
      <w:r>
        <w:rPr>
          <w:sz w:val="16"/>
        </w:rPr>
        <w:t>Kullanım notu: Yardımcı örnektir; zorunlu resmî form değildir. Okulun güncel başvuru usulünü esas alın. Köşeli parantezli alanları doldurun; başvuru için yalnız ilgili dilekçe sayfasını kullanın.</w:t>
      </w:r>
    </w:p>
    <w:sectPr w:rsidR="00FC693F" w:rsidRPr="0006063C" w:rsidSect="00034616">
      <w:pgSz w:w="11906" w:h="16838"/>
      <w:pgMar w:top="1191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4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Devamsızlık Mazeret Bildirimi Dilekçesi</dc:title>
  <dc:subject>Veli dilekçesi örneği</dc:subject>
  <dc:creator>MEBBilgi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