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İlkokul Kayıt Erteleme Dilekçesi</w:t>
      </w:r>
    </w:p>
    <w:p>
      <w:pPr>
        <w:spacing w:after="320"/>
      </w:pPr>
      <w:r>
        <w:rPr>
          <w:sz w:val="18"/>
        </w:rPr>
        <w:t>Boş ve düzenlenebilir dilekçe örneği</w:t>
      </w:r>
    </w:p>
    <w:p>
      <w:pPr>
        <w:keepLines/>
        <w:spacing w:after="280"/>
      </w:pPr>
      <w:r>
        <w:rPr>
          <w:b/>
        </w:rPr>
        <w:t>[İLKOKULUN ADI] MÜDÜRLÜĞÜNE</w:t>
      </w:r>
    </w:p>
    <w:p>
      <w:pPr>
        <w:keepLines/>
      </w:pPr>
      <w:r>
        <w:t>[İLÇE / İL]</w:t>
      </w:r>
    </w:p>
    <w:p>
      <w:pPr>
        <w:keepLines/>
      </w:pPr>
      <w:r>
        <w:t>Konu: İlkokul birinci sınıf kaydının bir yıl ertelenmesi talebi</w:t>
      </w:r>
    </w:p>
    <w:p>
      <w:pPr>
        <w:keepLines/>
      </w:pPr>
      <w:r>
        <w:t>Velisi bulunduğum [çocuğun adı soyadı], [gg/aa/yyyy] doğumludur. Çocuğumun [20../20..] eğitim öğretim yılı için esas alınan eylül ayı sonu itibarıyla [69 / 70 / 71] aylık olması nedeniyle, Millî Eğitim Bakanlığı Okul Öncesi Eğitim ve İlköğretim Kurumları Yönetmeliğinin 11 inci maddesinin altıncı fıkrasının (b) bendi kapsamında ilkokul birinci sınıf kaydının bir yıl ertelenmesini talep ediyorum.</w:t>
      </w:r>
    </w:p>
    <w:p>
      <w:pPr>
        <w:keepLines/>
      </w:pPr>
      <w:r>
        <w:t>[Varsa: Çocuğumun uygun okul öncesi eğitim seçenekleri hakkında tarafıma bilgi verilmesini de talep ediyorum.]</w:t>
      </w:r>
    </w:p>
    <w:p>
      <w:pPr>
        <w:keepLines/>
      </w:pPr>
      <w:r>
        <w:t>Başvurum doğrultusunda gerekli işlemlerin yapılarak kayıt durumuna ilişkin tarafıma bilgi verilmesini arz ederim.</w:t>
      </w:r>
    </w:p>
    <w:p>
      <w:pPr>
        <w:keepLines/>
      </w:pPr>
      <w:r>
        <w:t>Tarih: [gg/aa/yyyy]</w:t>
      </w:r>
    </w:p>
    <w:p>
      <w:pPr>
        <w:keepLines/>
      </w:pPr>
      <w:r>
        <w:t>Velinin adı soyadı: [................................]</w:t>
      </w:r>
    </w:p>
    <w:p>
      <w:pPr>
        <w:keepLines/>
      </w:pPr>
      <w:r>
        <w:t>Telefon: [................................]</w:t>
      </w:r>
    </w:p>
    <w:p>
      <w:pPr>
        <w:keepLines/>
      </w:pPr>
      <w:r>
        <w:t>Adres: [................................]</w:t>
      </w:r>
    </w:p>
    <w:p>
      <w:pPr>
        <w:keepLines/>
      </w:pPr>
      <w:r>
        <w:t>İmza:</w:t>
      </w:r>
    </w:p>
    <w:p>
      <w:pPr>
        <w:keepLines/>
      </w:pPr>
      <w:r>
        <w:t>Ek: [Varsa okulun başvuru için istediği belge]</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p>
      <w:r>
        <w:br w:type="page"/>
      </w:r>
    </w:p>
    <w:p>
      <w:pPr>
        <w:pStyle w:val="Title"/>
      </w:pPr>
      <w:r>
        <w:t>İlkokul Kayıt Erteleme Dilekçesi</w:t>
      </w:r>
    </w:p>
    <w:p>
      <w:pPr>
        <w:spacing w:after="320"/>
      </w:pPr>
      <w:r>
        <w:rPr>
          <w:sz w:val="18"/>
        </w:rPr>
        <w:t>Doldurulmuş örnek  •  Tüm kişi ve okul adları kurgusaldır</w:t>
      </w:r>
    </w:p>
    <w:p>
      <w:pPr>
        <w:keepLines/>
      </w:pPr>
      <w:r>
        <w:t>TAMAMI KURGUSAL DOLDURULMUŞ ÖRNEKTİR. İMZALANARAK DOĞRUDAN KULLANILMAMALIDIR.</w:t>
      </w:r>
    </w:p>
    <w:p>
      <w:pPr>
        <w:keepLines/>
        <w:spacing w:after="280"/>
      </w:pPr>
      <w:r>
        <w:rPr>
          <w:b/>
        </w:rPr>
        <w:t>ÖRNEK BAHAR İLKOKULU MÜDÜRLÜĞÜNE</w:t>
      </w:r>
    </w:p>
    <w:p>
      <w:pPr>
        <w:keepLines/>
      </w:pPr>
      <w:r>
        <w:t>Konu: İlkokul birinci sınıf kaydının bir yıl ertelenmesi talebi</w:t>
      </w:r>
    </w:p>
    <w:p>
      <w:pPr>
        <w:keepLines/>
      </w:pPr>
      <w:r>
        <w:t>Velisi bulunduğum Deniz Örnek, 15 Kasım 2020 doğumludur. Çocuğumun 2026-2027 eğitim öğretim yılı için esas alınan eylül ayı sonu itibarıyla 70 aylık olması nedeniyle, Millî Eğitim Bakanlığı Okul Öncesi Eğitim ve İlköğretim Kurumları Yönetmeliğinin 11 inci maddesinin altıncı fıkrasının (b) bendi kapsamında ilkokul birinci sınıf kaydının bir yıl ertelenmesini talep ediyorum.</w:t>
      </w:r>
    </w:p>
    <w:p>
      <w:pPr>
        <w:keepLines/>
      </w:pPr>
      <w:r>
        <w:t>Çocuğum için uygun okul öncesi eğitim seçenekleri hakkında da bilgi verilmesini talep ediyorum.</w:t>
      </w:r>
    </w:p>
    <w:p>
      <w:pPr>
        <w:keepLines/>
      </w:pPr>
      <w:r>
        <w:t>Gerekli işlemlerin yapılarak kayıt durumuna ilişkin tarafıma bilgi verilmesini arz ederim.</w:t>
      </w:r>
    </w:p>
    <w:p>
      <w:pPr>
        <w:keepLines/>
      </w:pPr>
      <w:r>
        <w:t>Tarih: 20 Ağustos 2026</w:t>
      </w:r>
    </w:p>
    <w:p>
      <w:pPr>
        <w:keepLines/>
      </w:pPr>
      <w:r>
        <w:t>Velinin adı soyadı: Ekin Örnek</w:t>
      </w:r>
    </w:p>
    <w:p>
      <w:pPr>
        <w:keepLines/>
      </w:pPr>
      <w:r>
        <w:t>Telefon: [Veli tarafından doldurulur]</w:t>
      </w:r>
    </w:p>
    <w:p>
      <w:pPr>
        <w:keepLines/>
      </w:pPr>
      <w:r>
        <w:t>Adres: [Veli tarafından doldurulur]</w:t>
      </w:r>
    </w:p>
    <w:p>
      <w:pPr>
        <w:keepLines/>
      </w:pPr>
      <w:r>
        <w:t>İmza: [Veli tarafından imzalanır]</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sectPr w:rsidR="00FC693F" w:rsidRPr="0006063C" w:rsidSect="00034616">
      <w:pgSz w:w="11906" w:h="16838"/>
      <w:pgMar w:top="1191"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İlkokul Kayıt Erteleme Dilekçesi</dc:title>
  <dc:subject>Veli dilekçesi örneği</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