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Kayıp Öğrenci Kartı Yenileme Dilekçesi</w:t>
      </w:r>
    </w:p>
    <w:p>
      <w:pPr>
        <w:spacing w:after="320"/>
      </w:pPr>
      <w:r>
        <w:rPr>
          <w:sz w:val="18"/>
        </w:rPr>
        <w:t>Boş ve düzenlenebilir dilekçe örneği</w:t>
      </w:r>
    </w:p>
    <w:p>
      <w:pPr>
        <w:keepLines/>
        <w:spacing w:after="280"/>
      </w:pPr>
      <w:r>
        <w:rPr>
          <w:b/>
        </w:rPr>
        <w:t>[OKULUN TAM ADI] MÜDÜRLÜĞÜNE</w:t>
      </w:r>
    </w:p>
    <w:p>
      <w:pPr>
        <w:keepLines/>
      </w:pPr>
      <w:r>
        <w:t>[İLÇE / İL]</w:t>
      </w:r>
    </w:p>
    <w:p>
      <w:pPr>
        <w:keepLines/>
      </w:pPr>
      <w:r>
        <w:t>Konu: Kayıp öğrenci kimlik kartının yenilenmesi</w:t>
      </w:r>
    </w:p>
    <w:p>
      <w:pPr>
        <w:keepLines/>
      </w:pPr>
      <w:r>
        <w:t>Okulunuzun [sınıf / şube] sınıfında öğrenim gören [okul numarası] numaralı [öğrencinin adı soyadı] adlı öğrencinin velisiyim.</w:t>
      </w:r>
    </w:p>
    <w:p>
      <w:pPr>
        <w:keepLines/>
      </w:pPr>
      <w:r>
        <w:t>Öğrenciye okulunuz tarafından düzenlenen öğrenci kimlik kartının [kaybın fark edildiği tarih] tarihinde kaybolduğu fark edilmiştir.</w:t>
      </w:r>
    </w:p>
    <w:p>
      <w:pPr>
        <w:keepLines/>
      </w:pPr>
      <w:r>
        <w:t>Kart numarası: [Biliniyorsa yazınız; bilinmiyorsa belirtiniz.]</w:t>
      </w:r>
    </w:p>
    <w:p>
      <w:pPr>
        <w:keepLines/>
      </w:pPr>
      <w:r>
        <w:t>Kısa açıklama: [Varsa kayba ilişkin bilinen durumu yazınız.]</w:t>
      </w:r>
    </w:p>
    <w:p>
      <w:pPr>
        <w:keepLines/>
      </w:pPr>
      <w:r>
        <w:t>Kayıp bildiriminin kayda alınmasını; kartın kullanım durumunun kontrol edilerek gerekli görülmesi hâlinde kullanıma kapatılmasını ve okulunuzun güncel uygulaması kapsamında yeni kart düzenlenmesini arz ederim. Yeni kart teslim edilene kadar uygulanacak giriş ve diğer kullanım yöntemi hakkında tarafıma bilgi verilmesini de talep ederim.</w:t>
      </w:r>
    </w:p>
    <w:p>
      <w:pPr>
        <w:keepLines/>
      </w:pPr>
      <w:r>
        <w:t>Tarih: [gg.aa.yyyy]</w:t>
      </w:r>
    </w:p>
    <w:p>
      <w:pPr>
        <w:keepLines/>
      </w:pPr>
      <w:r>
        <w:t>Veli adı soyadı: [................................]</w:t>
      </w:r>
    </w:p>
    <w:p>
      <w:pPr>
        <w:keepLines/>
      </w:pPr>
      <w:r>
        <w:t>İmza: [................................]</w:t>
      </w:r>
    </w:p>
    <w:p>
      <w:pPr>
        <w:keepLines/>
      </w:pPr>
      <w:r>
        <w:t>Telefon: [................................]</w:t>
      </w:r>
    </w:p>
    <w:p>
      <w:pPr>
        <w:keepLines/>
      </w:pPr>
      <w:r>
        <w:t>Ekler: [Yalnızca okul tarafından istenen ve sunulan belgeleri yazınız; ek yoksa siliniz.]</w:t>
      </w:r>
    </w:p>
    <w:p>
      <w:pPr>
        <w:spacing w:before="300"/>
      </w:pPr>
      <w:r>
        <w:rPr>
          <w:sz w:val="16"/>
        </w:rPr>
        <w:t>Kullanım notu: Yardımcı örnektir; zorunlu resmî form değildir. Okulun güncel başvuru usulünü esas alın. Köşeli parantezli alanları doldurun; başvuru için yalnız ilgili dilekçe sayfasını kullanın.</w:t>
      </w:r>
    </w:p>
    <w:p>
      <w:r>
        <w:br w:type="page"/>
      </w:r>
    </w:p>
    <w:p>
      <w:pPr>
        <w:pStyle w:val="Title"/>
      </w:pPr>
      <w:r>
        <w:t>Kayıp Öğrenci Kartı Yenileme Dilekçesi</w:t>
      </w:r>
    </w:p>
    <w:p>
      <w:pPr>
        <w:spacing w:after="320"/>
      </w:pPr>
      <w:r>
        <w:rPr>
          <w:sz w:val="18"/>
        </w:rPr>
        <w:t>Doldurulmuş örnek  •  Tüm kişi ve okul adları kurgusaldır</w:t>
      </w:r>
    </w:p>
    <w:p>
      <w:pPr>
        <w:keepLines/>
        <w:spacing w:after="280"/>
      </w:pPr>
      <w:r>
        <w:rPr>
          <w:b/>
        </w:rPr>
        <w:t>ÖRNEK ORTAOKULU MÜDÜRLÜĞÜNE</w:t>
      </w:r>
    </w:p>
    <w:p>
      <w:pPr>
        <w:keepLines/>
      </w:pPr>
      <w:r>
        <w:t>[İlçe / İl]</w:t>
      </w:r>
    </w:p>
    <w:p>
      <w:pPr>
        <w:keepLines/>
      </w:pPr>
      <w:r>
        <w:t>Konu: Kayıp öğrenci kimlik kartının yenilenmesi</w:t>
      </w:r>
    </w:p>
    <w:p>
      <w:pPr>
        <w:keepLines/>
      </w:pPr>
      <w:r>
        <w:t>Okulunuzun 6/B sınıfında öğrenim gören 246 numaralı Deniz Örnek adlı öğrencinin velisiyim.</w:t>
      </w:r>
    </w:p>
    <w:p>
      <w:pPr>
        <w:keepLines/>
      </w:pPr>
      <w:r>
        <w:t>Öğrenciye okulunuz tarafından düzenlenen öğrenci kimlik kartının 03.11.2026 tarihinde kaybolduğu fark edilmiştir. Kart, sabah okula hazırlanırken bulunamamıştır. Kart numarasını bilmiyorum.</w:t>
      </w:r>
    </w:p>
    <w:p>
      <w:pPr>
        <w:keepLines/>
      </w:pPr>
      <w:r>
        <w:t>Kayıp bildiriminin kayda alınmasını; kartın kullanım durumunun kontrol edilerek gerekli görülmesi hâlinde kullanıma kapatılmasını ve okulunuzun güncel uygulaması kapsamında yeni kart düzenlenmesini arz ederim. Yeni kart teslim edilene kadar uygulanacak giriş ve diğer kullanım yöntemi hakkında tarafıma bilgi verilmesini de talep ederim.</w:t>
      </w:r>
    </w:p>
    <w:p>
      <w:pPr>
        <w:keepLines/>
      </w:pPr>
      <w:r>
        <w:t>Tarih: 03.11.2026</w:t>
      </w:r>
    </w:p>
    <w:p>
      <w:pPr>
        <w:keepLines/>
      </w:pPr>
      <w:r>
        <w:t>Veli adı soyadı: Ece Örnek</w:t>
      </w:r>
    </w:p>
    <w:p>
      <w:pPr>
        <w:keepLines/>
      </w:pPr>
      <w:r>
        <w:t>İmza: [imza]</w:t>
      </w:r>
    </w:p>
    <w:p>
      <w:pPr>
        <w:keepLines/>
      </w:pPr>
      <w:r>
        <w:t>Telefon: [telefon]</w:t>
      </w:r>
    </w:p>
    <w:p>
      <w:pPr>
        <w:spacing w:before="300"/>
      </w:pPr>
      <w:r>
        <w:rPr>
          <w:sz w:val="16"/>
        </w:rPr>
        <w:t>Kullanım notu: Yardımcı örnektir; zorunlu resmî form değildir. Okulun güncel başvuru usulünü esas alın. Köşeli parantezli alanları doldurun; başvuru için yalnız ilgili dilekçe sayfasını kullanın.</w:t>
      </w:r>
    </w:p>
    <w:sectPr w:rsidR="00FC693F" w:rsidRPr="0006063C" w:rsidSect="00034616">
      <w:pgSz w:w="11906" w:h="16838"/>
      <w:pgMar w:top="1191"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DejaVu Sans" w:hAnsi="DejaVu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Kayıp Öğrenci Kartı Yenileme Dilekçesi</dc:title>
  <dc:subject>Veli dilekçesi örneği</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