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Fotoğraf ve Video İznini Geri Alma Dilekçesi</w:t>
      </w:r>
    </w:p>
    <w:p>
      <w:pPr>
        <w:spacing w:after="320"/>
      </w:pPr>
      <w:r>
        <w:rPr>
          <w:sz w:val="18"/>
        </w:rPr>
        <w:t>Boş ve düzenlenebilir dilekçe örneği</w:t>
      </w:r>
    </w:p>
    <w:p>
      <w:pPr>
        <w:keepLines/>
        <w:spacing w:after="280"/>
      </w:pPr>
      <w:r>
        <w:rPr>
          <w:b/>
        </w:rPr>
        <w:t>[OKULUN TAM ADI] MÜDÜRLÜĞÜNE</w:t>
      </w:r>
    </w:p>
    <w:p>
      <w:pPr>
        <w:keepLines/>
      </w:pPr>
      <w:r>
        <w:t>[AYDINLATMA METNİNDEKİ VERİ SORUMLUSU / YETKİLİ BİRİM]</w:t>
      </w:r>
    </w:p>
    <w:p>
      <w:pPr>
        <w:keepLines/>
      </w:pPr>
      <w:r>
        <w:t>Konu: Fotoğraf ve video paylaşımına ilişkin açık rızanın geri alınması</w:t>
      </w:r>
    </w:p>
    <w:p>
      <w:pPr>
        <w:keepLines/>
      </w:pPr>
      <w:r>
        <w:t>Okulunuzda öğrenim gören [öğrenci adı soyadı], [sınıf / şube], [okul numarası] bilgilerine sahip öğrencinin [velisi / yasal temsilcisi] olarak başvuruyorum.</w:t>
      </w:r>
    </w:p>
    <w:p>
      <w:pPr>
        <w:keepLines/>
      </w:pPr>
      <w:r>
        <w:t>Öğrenciye ait fotoğraf ve videoların [okul internet sitesi / kurumsal sosyal medya hesapları / tanıtım materyalleri: ilgili kanalları belirtiniz] üzerinden yayın ve tanıtım amacıyla kullanılmasına ilişkin daha önce verilmiş açık rızayı, bu başvurunun tarafınıza ulaşmasından itibaren ileriye yönelik olarak geri alıyorum.</w:t>
      </w:r>
    </w:p>
    <w:p>
      <w:pPr>
        <w:keepLines/>
      </w:pPr>
      <w:r>
        <w:t>Bu amaçlarla açık rızaya dayanan kullanımın durdurulmasını; aşağıda veya ekte belirttiğim mevcut paylaşımların kaldırılması yahut öğrencinin tanınabilirliğini giderecek uygun işlemlerin uygulanması talebimin değerlendirilmesini istiyorum. İlgili içeriklerin başka bir hukuki sebebe dayanılarak işlenmeye devam edilmesi söz konusuysa işleme amacı, kapsamı ve hukuki sebebi hakkında bilgi verilmesini talep ediyorum.</w:t>
      </w:r>
    </w:p>
    <w:p>
      <w:pPr>
        <w:keepLines/>
      </w:pPr>
      <w:r>
        <w:t>Başvurum, burada belirtilen yayın ve tanıtım amaçlı kullanımla ilgilidir. Eğitim hizmetinin yürütülmesi kapsamında farklı bir hukuki sebeple tutulması gereken bütün kayıtların silinmesi yönünde genel bir talep içermemektedir. Talebim hakkında yapılan işlemlerin ve varsa karşılanmayan hususlara ilişkin gerekçenin aşağıdaki iletişim adresime bildirilmesini arz ederim.</w:t>
      </w:r>
    </w:p>
    <w:p>
      <w:pPr>
        <w:keepLines/>
      </w:pPr>
      <w:r>
        <w:t>Paylaşım bağlantısı / tarihi / açıklaması: [................................]</w:t>
      </w:r>
    </w:p>
    <w:p>
      <w:pPr>
        <w:keepLines/>
      </w:pPr>
      <w:r>
        <w:t>Tarih: [gg.aa.yyyy]</w:t>
      </w:r>
    </w:p>
    <w:p>
      <w:pPr>
        <w:keepLines/>
      </w:pPr>
      <w:r>
        <w:t>Başvuran adı soyadı ve sıfatı: [................................]</w:t>
      </w:r>
    </w:p>
    <w:p>
      <w:pPr>
        <w:keepLines/>
      </w:pPr>
      <w:r>
        <w:t>Başvuran T.C. kimlik numarası: [................................]</w:t>
      </w:r>
    </w:p>
    <w:p>
      <w:pPr>
        <w:keepLines/>
      </w:pPr>
      <w:r>
        <w:t>Öğrencinin T.C. kimlik numarası: [................................]</w:t>
      </w:r>
    </w:p>
    <w:p>
      <w:pPr>
        <w:keepLines/>
      </w:pPr>
      <w:r>
        <w:t>Yabancı kişiler için uyruğu ve pasaport veya varsa kimlik numarası: [Uygunsa doldurunuz.]</w:t>
      </w:r>
    </w:p>
    <w:p>
      <w:pPr>
        <w:keepLines/>
      </w:pPr>
      <w:r>
        <w:t>Tebligata esas adres: [................................]</w:t>
      </w:r>
    </w:p>
    <w:p>
      <w:pPr>
        <w:keepLines/>
      </w:pPr>
      <w:r>
        <w:t>Varsa telefon / e-posta / faks: [................................]</w:t>
      </w:r>
    </w:p>
    <w:p>
      <w:pPr>
        <w:keepLines/>
      </w:pPr>
      <w:r>
        <w:t>İmza: [................................]</w:t>
      </w:r>
    </w:p>
    <w:p>
      <w:pPr>
        <w:keepLines/>
      </w:pPr>
      <w:r>
        <w:t>Ekler: [İçerik listesi ve gerekiyorsa temsil yetkisini gösteren belge]</w:t>
      </w:r>
    </w:p>
    <w:p>
      <w:pPr>
        <w:spacing w:before="300"/>
      </w:pPr>
      <w:r>
        <w:rPr>
          <w:sz w:val="16"/>
        </w:rPr>
        <w:t>Kullanım notu: Yardımcı örnektir; zorunlu resmî form değildir. Okulun güncel başvuru usulünü esas alın. Köşeli parantezli alanları doldurun; başvuru için yalnız ilgili dilekçe sayfasını kullanın.</w:t>
      </w:r>
    </w:p>
    <w:p>
      <w:r>
        <w:br w:type="page"/>
      </w:r>
    </w:p>
    <w:p>
      <w:pPr>
        <w:pStyle w:val="Title"/>
      </w:pPr>
      <w:r>
        <w:t>Fotoğraf ve Video İznini Geri Alma Dilekçesi</w:t>
      </w:r>
    </w:p>
    <w:p>
      <w:pPr>
        <w:spacing w:after="320"/>
      </w:pPr>
      <w:r>
        <w:rPr>
          <w:sz w:val="18"/>
        </w:rPr>
        <w:t>Doldurulmuş örnek  •  Tüm kişi ve okul adları kurgusaldır</w:t>
      </w:r>
    </w:p>
    <w:p>
      <w:pPr>
        <w:keepLines/>
        <w:spacing w:after="280"/>
      </w:pPr>
      <w:r>
        <w:rPr>
          <w:b/>
        </w:rPr>
        <w:t>ÖRNEK ORTAOKULU MÜDÜRLÜĞÜNE</w:t>
      </w:r>
    </w:p>
    <w:p>
      <w:pPr>
        <w:keepLines/>
      </w:pPr>
      <w:r>
        <w:t>[Aydınlatma metnindeki veri sorumlusu / yetkili birim]</w:t>
      </w:r>
    </w:p>
    <w:p>
      <w:pPr>
        <w:keepLines/>
      </w:pPr>
      <w:r>
        <w:t>Konu: Fotoğraf ve video paylaşımına ilişkin açık rızanın geri alınması</w:t>
      </w:r>
    </w:p>
    <w:p>
      <w:pPr>
        <w:keepLines/>
      </w:pPr>
      <w:r>
        <w:t>Okulunuzun 6/B sınıfında öğrenim gören 246 numaralı Deniz Örnek adlı öğrencinin velisi olarak başvuruyorum.</w:t>
      </w:r>
    </w:p>
    <w:p>
      <w:pPr>
        <w:keepLines/>
      </w:pPr>
      <w:r>
        <w:t>Öğrenciye ait fotoğraf ve videoların okulun internet sitesi ve kurumsal sosyal medya hesaplarında yayın ve tanıtım amacıyla kullanılmasına ilişkin daha önce verilmiş açık rızayı, bu başvurunun tarafınıza ulaşmasından itibaren ileriye yönelik olarak geri alıyorum.</w:t>
      </w:r>
    </w:p>
    <w:p>
      <w:pPr>
        <w:keepLines/>
      </w:pPr>
      <w:r>
        <w:t>Bu amaçlarla açık rızaya dayanan kullanımın durdurulmasını; ekte belirttiğim mevcut paylaşımların kaldırılması yahut öğrencinin tanınabilirliğini giderecek uygun işlemlerin uygulanması talebimin değerlendirilmesini istiyorum. İlgili içeriklerin başka bir hukuki sebeple işlenmesine devam edilecekse işleme amacı, kapsamı ve hukuki sebebi hakkında bilgi verilmesini talep ediyorum.</w:t>
      </w:r>
    </w:p>
    <w:p>
      <w:pPr>
        <w:keepLines/>
      </w:pPr>
      <w:r>
        <w:t>Başvurum yayın ve tanıtım amaçlı kullanımla ilgilidir. Eğitim hizmetinin yürütülmesi kapsamında farklı bir hukuki sebeple tutulması gereken bütün kayıtların silinmesi yönünde genel bir talep içermemektedir. Yapılan işlemlerin ve varsa karşılanmayan hususların gerekçesinin aşağıdaki adresime bildirilmesini arz ederim.</w:t>
      </w:r>
    </w:p>
    <w:p>
      <w:pPr>
        <w:keepLines/>
      </w:pPr>
      <w:r>
        <w:t>İlgili içerik: 29 Ekim okul etkinliğine ilişkin paylaşım</w:t>
      </w:r>
    </w:p>
    <w:p>
      <w:pPr>
        <w:keepLines/>
      </w:pPr>
      <w:r>
        <w:t>Paylaşım bağlantısı: [ilgili paylaşımın bağlantısı]</w:t>
      </w:r>
    </w:p>
    <w:p>
      <w:pPr>
        <w:keepLines/>
      </w:pPr>
      <w:r>
        <w:t>Tarih: 03.11.2026</w:t>
      </w:r>
    </w:p>
    <w:p>
      <w:pPr>
        <w:keepLines/>
      </w:pPr>
      <w:r>
        <w:t>Başvuran adı soyadı ve sıfatı: Ece Örnek, veli</w:t>
      </w:r>
    </w:p>
    <w:p>
      <w:pPr>
        <w:keepLines/>
      </w:pPr>
      <w:r>
        <w:t>Başvuran T.C. kimlik numarası: [kimlik numarası]</w:t>
      </w:r>
    </w:p>
    <w:p>
      <w:pPr>
        <w:keepLines/>
      </w:pPr>
      <w:r>
        <w:t>Öğrencinin T.C. kimlik numarası: [kimlik numarası]</w:t>
      </w:r>
    </w:p>
    <w:p>
      <w:pPr>
        <w:keepLines/>
      </w:pPr>
      <w:r>
        <w:t>Tebligata esas adres: [adres]</w:t>
      </w:r>
    </w:p>
    <w:p>
      <w:pPr>
        <w:keepLines/>
      </w:pPr>
      <w:r>
        <w:t>Telefon / e-posta: [telefon / e-posta]</w:t>
      </w:r>
    </w:p>
    <w:p>
      <w:pPr>
        <w:keepLines/>
      </w:pPr>
      <w:r>
        <w:t>İmza: [imza]</w:t>
      </w:r>
    </w:p>
    <w:p>
      <w:pPr>
        <w:keepLines/>
      </w:pPr>
      <w:r>
        <w:t>Ek: İlgili paylaşımın bağlantısını ve tarihini gösteren içerik listesi</w:t>
      </w:r>
    </w:p>
    <w:p>
      <w:pPr>
        <w:spacing w:before="300"/>
      </w:pPr>
      <w:r>
        <w:rPr>
          <w:sz w:val="16"/>
        </w:rPr>
        <w:t>Kullanım notu: Yardımcı örnektir; zorunlu resmî form değildir. Okulun güncel başvuru usulünü esas alın. Köşeli parantezli alanları doldurun; başvuru için yalnız ilgili dilekçe sayfasını kullanın.</w:t>
      </w:r>
    </w:p>
    <w:sectPr w:rsidR="00FC693F" w:rsidRPr="0006063C" w:rsidSect="00034616">
      <w:pgSz w:w="11906" w:h="16838"/>
      <w:pgMar w:top="1191"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DejaVu Sans" w:hAnsi="DejaVu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ans" w:hAnsi="DejaVu Sans"/>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Fotoğraf ve Video İznini Geri Alma Dilekçesi</dc:title>
  <dc:subject>Veli dilekçesi örneği</dc:subject>
  <dc:creator>MEBBilgi</dc:creator>
  <cp:keywords/>
  <dc:description>generated by python-docx</dc:description>
  <cp:lastModifiedBy/>
  <cp:revision>1</cp:revision>
  <dcterms:created xsi:type="dcterms:W3CDTF">2013-12-23T23:15:00Z</dcterms:created>
  <dcterms:modified xsi:type="dcterms:W3CDTF">2013-12-23T23:15:00Z</dcterms:modified>
  <cp:category/>
</cp:coreProperties>
</file>