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Nakil Talep Dilekçesi</w:t>
      </w:r>
    </w:p>
    <w:p>
      <w:pPr>
        <w:spacing w:after="320"/>
      </w:pPr>
      <w:r>
        <w:rPr>
          <w:sz w:val="18"/>
        </w:rPr>
        <w:t>Boş ve düzenlenebilir dilekçe örneği</w:t>
      </w:r>
    </w:p>
    <w:p>
      <w:pPr>
        <w:keepLines/>
        <w:spacing w:after="280"/>
      </w:pPr>
      <w:r>
        <w:rPr>
          <w:b/>
        </w:rPr>
        <w:t>[NAKİL TALEP EDİLEN OKULUN ADI] MÜDÜRLÜĞÜNE</w:t>
      </w:r>
    </w:p>
    <w:p>
      <w:pPr>
        <w:keepLines/>
      </w:pPr>
      <w:r>
        <w:t>[İLÇE / İL]</w:t>
      </w:r>
    </w:p>
    <w:p>
      <w:pPr>
        <w:keepLines/>
      </w:pPr>
      <w:r>
        <w:t>Konu: Öğrenci nakil başvurusu</w:t>
      </w:r>
    </w:p>
    <w:p>
      <w:pPr>
        <w:keepLines/>
      </w:pPr>
      <w:r>
        <w:t>Velisi bulunduğum [öğrencinin adı soyadı], halen [mevcut okulun adı, ilçe ve il] bünyesinde [sınıf/şube] sınıfında [okul numarası] numarasıyla öğrenim görmektedir.</w:t>
      </w:r>
    </w:p>
    <w:p>
      <w:pPr>
        <w:keepLines/>
      </w:pPr>
      <w:r>
        <w:t>[Taşınma, ilgili şartları sağlayan kardeş birlikteliği, çalışma durumu veya başka bir gerekçeyi somut ve doğru biçimde açıklayınız.]</w:t>
      </w:r>
    </w:p>
    <w:p>
      <w:pPr>
        <w:keepLines/>
      </w:pPr>
      <w:r>
        <w:t>Yukarıdaki gerekçe doğrultusunda öğrencimin okulunuza nakil başvurusunun, ilgili kayıt ve nakil şartları ile ekli belgeler çerçevesinde değerlendirilmesini ve sonucu hakkında tarafıma bilgi verilmesini arz ederim.</w:t>
      </w:r>
    </w:p>
    <w:p>
      <w:pPr>
        <w:keepLines/>
      </w:pPr>
      <w:r>
        <w:t>Yeni / güncel adres: [................................]</w:t>
      </w:r>
    </w:p>
    <w:p>
      <w:pPr>
        <w:keepLines/>
      </w:pPr>
      <w:r>
        <w:t>Varsa kardeşin okul ve sınıf bilgisi: [................................]</w:t>
      </w:r>
    </w:p>
    <w:p>
      <w:pPr>
        <w:keepLines/>
      </w:pPr>
      <w:r>
        <w:t>Tarih: [gg/aa/yyyy]</w:t>
      </w:r>
    </w:p>
    <w:p>
      <w:pPr>
        <w:keepLines/>
      </w:pPr>
      <w:r>
        <w:t>Velinin adı soyadı: [................................]</w:t>
      </w:r>
    </w:p>
    <w:p>
      <w:pPr>
        <w:keepLines/>
      </w:pPr>
      <w:r>
        <w:t>Telefon: [................................]</w:t>
      </w:r>
    </w:p>
    <w:p>
      <w:pPr>
        <w:keepLines/>
      </w:pPr>
      <w:r>
        <w:t>İmza:</w:t>
      </w:r>
    </w:p>
    <w:p>
      <w:pPr>
        <w:keepLines/>
      </w:pPr>
      <w:r>
        <w:t>Ekler:</w:t>
      </w:r>
    </w:p>
    <w:p>
      <w:pPr>
        <w:keepLines/>
      </w:pPr>
      <w:r>
        <w:t>1. [Başvuru gerekçesini gösteren belge]</w:t>
      </w:r>
    </w:p>
    <w:p>
      <w:pPr>
        <w:keepLines/>
      </w:pPr>
      <w:r>
        <w:t>2. [Varsa okulun istediği diğer belge]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p>
      <w:r>
        <w:br w:type="page"/>
      </w:r>
    </w:p>
    <w:p>
      <w:pPr>
        <w:pStyle w:val="Title"/>
      </w:pPr>
      <w:r>
        <w:t>Okul Nakil Talep Dilekçesi</w:t>
      </w:r>
    </w:p>
    <w:p>
      <w:pPr>
        <w:spacing w:after="320"/>
      </w:pPr>
      <w:r>
        <w:rPr>
          <w:sz w:val="18"/>
        </w:rPr>
        <w:t>Doldurulmuş örnek  •  Tüm kişi ve okul adları kurgusaldır</w:t>
      </w:r>
    </w:p>
    <w:p>
      <w:pPr>
        <w:keepLines/>
      </w:pPr>
      <w:r>
        <w:t>TAMAMI KURGUSAL DOLDURULMUŞ ÖRNEKTİR. İMZALANARAK DOĞRUDAN KULLANILMAMALIDIR.</w:t>
      </w:r>
    </w:p>
    <w:p>
      <w:pPr>
        <w:keepLines/>
        <w:spacing w:after="280"/>
      </w:pPr>
      <w:r>
        <w:rPr>
          <w:b/>
        </w:rPr>
        <w:t>ÖRNEK ÇINAR İLKOKULU MÜDÜRLÜĞÜNE</w:t>
      </w:r>
    </w:p>
    <w:p>
      <w:pPr>
        <w:keepLines/>
      </w:pPr>
      <w:r>
        <w:t>Konu: Öğrenci nakil başvurusu</w:t>
      </w:r>
    </w:p>
    <w:p>
      <w:pPr>
        <w:keepLines/>
      </w:pPr>
      <w:r>
        <w:t>Velisi bulunduğum Deniz Örnek, halen Örnek Bahar İlkokulunun 3/B sınıfında 204 numarasıyla öğrenim görmektedir.</w:t>
      </w:r>
    </w:p>
    <w:p>
      <w:pPr>
        <w:keepLines/>
      </w:pPr>
      <w:r>
        <w:t>Aile olarak 30 Ekim 2026 tarihinde yeni adresimize taşındık. Yeni yerleşim yerimizin okulunuzun kayıt alanı bakımından incelenmesini ve öğrencimin okulunuza nakil başvurusunun değerlendirilmesini talep ediyorum.</w:t>
      </w:r>
    </w:p>
    <w:p>
      <w:pPr>
        <w:keepLines/>
      </w:pPr>
      <w:r>
        <w:t>İlgili kayıt ve nakil şartları ile sunulacak belgeler çerçevesinde gerekli incelemenin yapılarak sonuç hakkında tarafıma bilgi verilmesini arz ederim.</w:t>
      </w:r>
    </w:p>
    <w:p>
      <w:pPr>
        <w:keepLines/>
      </w:pPr>
      <w:r>
        <w:t>Yeni adres: [Gerçek başvuruda veli tarafından doldurulur]</w:t>
      </w:r>
    </w:p>
    <w:p>
      <w:pPr>
        <w:keepLines/>
      </w:pPr>
      <w:r>
        <w:t>Tarih: 3 Kasım 2026</w:t>
      </w:r>
    </w:p>
    <w:p>
      <w:pPr>
        <w:keepLines/>
      </w:pPr>
      <w:r>
        <w:t>Velinin adı soyadı: Ekin Örnek</w:t>
      </w:r>
    </w:p>
    <w:p>
      <w:pPr>
        <w:keepLines/>
      </w:pPr>
      <w:r>
        <w:t>Telefon: [Veli tarafından doldurulur]</w:t>
      </w:r>
    </w:p>
    <w:p>
      <w:pPr>
        <w:keepLines/>
      </w:pPr>
      <w:r>
        <w:t>İmza: [Veli tarafından imzalanır]</w:t>
      </w:r>
    </w:p>
    <w:p>
      <w:pPr>
        <w:keepLines/>
      </w:pPr>
      <w:r>
        <w:t>Ek: [Okulun istediği güncel adres belgesi, gerçek başvuruda eklenir]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sectPr w:rsidR="00FC693F" w:rsidRPr="0006063C" w:rsidSect="00034616">
      <w:pgSz w:w="11906" w:h="16838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Okul Nakil Talep Dilekçesi</dc:title>
  <dc:subject>Veli dilekçesi örneği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