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Rehberlik Görüşmesi Talep Dilekçesi</w:t>
      </w:r>
    </w:p>
    <w:p>
      <w:pPr>
        <w:spacing w:after="320"/>
      </w:pPr>
      <w:r>
        <w:rPr>
          <w:sz w:val="18"/>
        </w:rPr>
        <w:t>Boş ve düzenlenebilir dilekçe örneği</w:t>
      </w:r>
    </w:p>
    <w:p>
      <w:pPr>
        <w:keepLines/>
        <w:spacing w:after="280"/>
      </w:pPr>
      <w:r>
        <w:rPr>
          <w:b/>
        </w:rPr>
        <w:t>[OKULUN TAM ADI] MÜDÜRLÜĞÜNE</w:t>
      </w:r>
    </w:p>
    <w:p>
      <w:pPr>
        <w:keepLines/>
      </w:pPr>
      <w:r>
        <w:t>(Rehberlik ve Psikolojik Danışma Servisine iletilmek üzere)</w:t>
      </w:r>
    </w:p>
    <w:p>
      <w:pPr>
        <w:keepLines/>
      </w:pPr>
      <w:r>
        <w:t>Konu: Veli görüşmesi talebi</w:t>
      </w:r>
    </w:p>
    <w:p>
      <w:pPr>
        <w:keepLines/>
      </w:pPr>
      <w:r>
        <w:t>Okulunuzun [sınıf / şube] sınıfında öğrenim gören [okul numarası] numaralı [öğrencinin adı soyadı] adlı öğrencinin velisiyim.</w:t>
      </w:r>
    </w:p>
    <w:p>
      <w:pPr>
        <w:keepLines/>
      </w:pPr>
      <w:r>
        <w:t>[Okula uyum / arkadaş ilişkileri / ders çalışma alışkanlıkları / eğitim planlaması / diğer konu] hakkında görüşmek ve öğrencinin gelişimini desteklemek amacıyla rehberlik ve psikolojik danışma servisiyle veli görüşmesi yapmak istiyorum.</w:t>
      </w:r>
    </w:p>
    <w:p>
      <w:pPr>
        <w:keepLines/>
      </w:pPr>
      <w:r>
        <w:t>Kısa açıklama: [Görüşme ihtiyacını gözleme dayalı, kısa bir ifadeyle belirtiniz.]</w:t>
      </w:r>
    </w:p>
    <w:p>
      <w:pPr>
        <w:keepLines/>
      </w:pPr>
      <w:r>
        <w:t>Okulun randevu düzeni kapsamında uygun bir görüşme zamanı belirlenerek tarafıma bilgi verilmesini arz ederim.</w:t>
      </w:r>
    </w:p>
    <w:p>
      <w:pPr>
        <w:keepLines/>
      </w:pPr>
      <w:r>
        <w:t>Uygun olduğum zaman aralıkları: [Varsa belirtiniz; kesinleşmiş randevu değildir.]</w:t>
      </w:r>
    </w:p>
    <w:p>
      <w:pPr>
        <w:keepLines/>
      </w:pPr>
      <w:r>
        <w:t>Tarih: [gg.aa.yyyy]</w:t>
      </w:r>
    </w:p>
    <w:p>
      <w:pPr>
        <w:keepLines/>
      </w:pPr>
      <w:r>
        <w:t>Veli adı soyadı: [................................]</w:t>
      </w:r>
    </w:p>
    <w:p>
      <w:pPr>
        <w:keepLines/>
      </w:pPr>
      <w:r>
        <w:t>İmza: [................................]</w:t>
      </w:r>
    </w:p>
    <w:p>
      <w:pPr>
        <w:keepLines/>
      </w:pPr>
      <w:r>
        <w:t>Telefon: [................................]</w:t>
      </w:r>
    </w:p>
    <w:p>
      <w:pPr>
        <w:keepLines/>
      </w:pPr>
      <w:r>
        <w:t>E-posta: [Varsa belirtiniz.]</w:t>
      </w:r>
    </w:p>
    <w:p>
      <w:pPr>
        <w:spacing w:before="300"/>
      </w:pPr>
      <w:r>
        <w:rPr>
          <w:sz w:val="16"/>
        </w:rPr>
        <w:t>Kullanım notu: Yardımcı örnektir; zorunlu resmî form değildir. Okulun güncel başvuru usulünü esas alın. Köşeli parantezli alanları doldurun; başvuru için yalnız ilgili dilekçe sayfasını kullanın.</w:t>
      </w:r>
    </w:p>
    <w:p>
      <w:r>
        <w:br w:type="page"/>
      </w:r>
    </w:p>
    <w:p>
      <w:pPr>
        <w:pStyle w:val="Title"/>
      </w:pPr>
      <w:r>
        <w:t>Rehberlik Görüşmesi Talep Dilekçesi</w:t>
      </w:r>
    </w:p>
    <w:p>
      <w:pPr>
        <w:spacing w:after="320"/>
      </w:pPr>
      <w:r>
        <w:rPr>
          <w:sz w:val="18"/>
        </w:rPr>
        <w:t>Doldurulmuş örnek  •  Tüm kişi ve okul adları kurgusaldır</w:t>
      </w:r>
    </w:p>
    <w:p>
      <w:pPr>
        <w:keepLines/>
        <w:spacing w:after="280"/>
      </w:pPr>
      <w:r>
        <w:rPr>
          <w:b/>
        </w:rPr>
        <w:t>ÖRNEK ORTAOKULU MÜDÜRLÜĞÜNE</w:t>
      </w:r>
    </w:p>
    <w:p>
      <w:pPr>
        <w:keepLines/>
      </w:pPr>
      <w:r>
        <w:t>(Rehberlik ve Psikolojik Danışma Servisine iletilmek üzere)</w:t>
      </w:r>
    </w:p>
    <w:p>
      <w:pPr>
        <w:keepLines/>
      </w:pPr>
      <w:r>
        <w:t>Konu: Veli görüşmesi talebi</w:t>
      </w:r>
    </w:p>
    <w:p>
      <w:pPr>
        <w:keepLines/>
      </w:pPr>
      <w:r>
        <w:t>Okulunuzun 6/B sınıfında öğrenim gören 246 numaralı Deniz Örnek adlı öğrencinin velisiyim.</w:t>
      </w:r>
    </w:p>
    <w:p>
      <w:pPr>
        <w:keepLines/>
      </w:pPr>
      <w:r>
        <w:t>Okula uyum hakkında görüşmek ve öğrencinin gelişimini desteklemek amacıyla rehberlik ve psikolojik danışma servisiyle veli görüşmesi yapmak istiyorum. Son iki haftada sabah okula hazırlanırken isteksizlik gözlemliyorum. Okuldaki durumunu anlamak ve evde nasıl destek olabileceğim hakkında görüşmek istiyorum.</w:t>
      </w:r>
    </w:p>
    <w:p>
      <w:pPr>
        <w:keepLines/>
      </w:pPr>
      <w:r>
        <w:t>Okulun randevu düzeni kapsamında uygun bir görüşme zamanı belirlenerek tarafıma bilgi verilmesini arz ederim. Salı veya perşembe günü öğleden sonra uygun olduğumu bilgilerinize sunarım.</w:t>
      </w:r>
    </w:p>
    <w:p>
      <w:pPr>
        <w:keepLines/>
      </w:pPr>
      <w:r>
        <w:t>Tarih: 03.11.2026</w:t>
      </w:r>
    </w:p>
    <w:p>
      <w:pPr>
        <w:keepLines/>
      </w:pPr>
      <w:r>
        <w:t>Veli adı soyadı: Ece Örnek</w:t>
      </w:r>
    </w:p>
    <w:p>
      <w:pPr>
        <w:keepLines/>
      </w:pPr>
      <w:r>
        <w:t>İmza: [imza]</w:t>
      </w:r>
    </w:p>
    <w:p>
      <w:pPr>
        <w:keepLines/>
      </w:pPr>
      <w:r>
        <w:t>Telefon: [telefon]</w:t>
      </w:r>
    </w:p>
    <w:p>
      <w:pPr>
        <w:spacing w:before="300"/>
      </w:pPr>
      <w:r>
        <w:rPr>
          <w:sz w:val="16"/>
        </w:rPr>
        <w:t>Kullanım notu: Yardımcı örnektir; zorunlu resmî form değildir. Okulun güncel başvuru usulünü esas alın. Köşeli parantezli alanları doldurun; başvuru için yalnız ilgili dilekçe sayfasını kullanın.</w:t>
      </w:r>
    </w:p>
    <w:sectPr w:rsidR="00FC693F" w:rsidRPr="0006063C" w:rsidSect="00034616">
      <w:pgSz w:w="11906" w:h="16838"/>
      <w:pgMar w:top="1191"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DejaVu Sans" w:hAnsi="DejaVu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Rehberlik Görüşmesi Talep Dilekçesi</dc:title>
  <dc:subject>Veli dilekçesi örneği</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