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Seçmeli Ders Tercih Dilekçesi</w:t>
      </w:r>
    </w:p>
    <w:p>
      <w:pPr>
        <w:spacing w:after="320"/>
      </w:pPr>
      <w:r>
        <w:rPr>
          <w:sz w:val="18"/>
        </w:rPr>
        <w:t>Boş ve düzenlenebilir dilekçe örneği</w:t>
      </w:r>
    </w:p>
    <w:p>
      <w:pPr>
        <w:keepLines/>
        <w:spacing w:after="280"/>
      </w:pPr>
      <w:r>
        <w:rPr>
          <w:b/>
        </w:rPr>
        <w:t>[OKULUN ADI] MÜDÜRLÜĞÜNE</w:t>
      </w:r>
    </w:p>
    <w:p>
      <w:pPr>
        <w:keepLines/>
      </w:pPr>
      <w:r>
        <w:t>[İLÇE / İL]</w:t>
      </w:r>
    </w:p>
    <w:p>
      <w:pPr>
        <w:keepLines/>
      </w:pPr>
      <w:r>
        <w:t>Konu: Seçmeli ders tercihlerinin bildirilmesi</w:t>
      </w:r>
    </w:p>
    <w:p>
      <w:pPr>
        <w:keepLines/>
      </w:pPr>
      <w:r>
        <w:t>Okulunuzun [mevcut sınıf/şube] sınıfında öğrenim gören [okul numarası] numaralı [öğrencinin adı soyadı] isimli öğrencinin velisiyim.</w:t>
      </w:r>
    </w:p>
    <w:p>
      <w:pPr>
        <w:keepLines/>
      </w:pPr>
      <w:r>
        <w:t>Öğrencimle birlikte değerlendirdiğimiz [20../20..] eğitim öğretim yılı, [tercihin geçerli olacağı sınıf düzeyi] için seçmeli ders tercihleri aşağıdadır:</w:t>
      </w:r>
    </w:p>
    <w:p>
      <w:pPr>
        <w:keepLines/>
      </w:pPr>
      <w:r>
        <w:t>1. [Dersin tam adı; gerekiyorsa saat / düzey]</w:t>
      </w:r>
    </w:p>
    <w:p>
      <w:pPr>
        <w:keepLines/>
      </w:pPr>
      <w:r>
        <w:t>2. [Dersin tam adı; gerekiyorsa saat / düzey]</w:t>
      </w:r>
    </w:p>
    <w:p>
      <w:pPr>
        <w:keepLines/>
      </w:pPr>
      <w:r>
        <w:t>3. [Dersin tam adı; gerekiyorsa saat / düzey]</w:t>
      </w:r>
    </w:p>
    <w:p>
      <w:pPr>
        <w:keepLines/>
      </w:pPr>
      <w:r>
        <w:t>Varsa alternatif tercihler: [................................]</w:t>
      </w:r>
    </w:p>
    <w:p>
      <w:pPr>
        <w:keepLines/>
      </w:pPr>
      <w:r>
        <w:t>[Değişiklik başvurusuysa: Mevcut ders: [...] / Talep edilen ders: [...] / Gerekçe: [...]]</w:t>
      </w:r>
    </w:p>
    <w:p>
      <w:pPr>
        <w:keepLines/>
      </w:pPr>
      <w:r>
        <w:t>Tercihlerin ilgili haftalık ders çizelgesi, okulun imkânları ve yürürlükteki seçim takvimi çerçevesinde değerlendirilerek gerekli işlemlerin yapılmasını; açılamayan ders bulunması hâlinde öğrencimin yeniden tercih yapabilmesi için tarafımıza bilgi verilmesini arz ederim.</w:t>
      </w:r>
    </w:p>
    <w:p>
      <w:pPr>
        <w:keepLines/>
      </w:pPr>
      <w:r>
        <w:t>Tarih: [gg/aa/yyyy]</w:t>
      </w:r>
    </w:p>
    <w:p>
      <w:pPr>
        <w:keepLines/>
      </w:pPr>
      <w:r>
        <w:t>Velinin adı soyadı: [................................]</w:t>
      </w:r>
    </w:p>
    <w:p>
      <w:pPr>
        <w:keepLines/>
      </w:pPr>
      <w:r>
        <w:t>Telefon: [................................]</w:t>
      </w:r>
    </w:p>
    <w:p>
      <w:pPr>
        <w:keepLines/>
      </w:pPr>
      <w:r>
        <w:t>İmza:</w:t>
      </w:r>
    </w:p>
    <w:p>
      <w:pPr>
        <w:keepLines/>
      </w:pPr>
      <w:r>
        <w:t>Öğrencinin adı soyadı: [................................]</w:t>
      </w:r>
    </w:p>
    <w:p>
      <w:pPr>
        <w:keepLines/>
      </w:pPr>
      <w:r>
        <w:t>Öğrencinin imzası: [Okul formunda isteniyorsa]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p>
      <w:r>
        <w:br w:type="page"/>
      </w:r>
    </w:p>
    <w:p>
      <w:pPr>
        <w:pStyle w:val="Title"/>
      </w:pPr>
      <w:r>
        <w:t>Seçmeli Ders Tercih Dilekçesi</w:t>
      </w:r>
    </w:p>
    <w:p>
      <w:pPr>
        <w:spacing w:after="320"/>
      </w:pPr>
      <w:r>
        <w:rPr>
          <w:sz w:val="18"/>
        </w:rPr>
        <w:t>Doldurulmuş örnek  •  Tüm kişi ve okul adları kurgusaldır</w:t>
      </w:r>
    </w:p>
    <w:p>
      <w:pPr>
        <w:keepLines/>
      </w:pPr>
      <w:r>
        <w:t>TAMAMI KURGUSAL DOLDURULMUŞ ÖRNEKTİR. DERS LİSTESİ ÖĞRENCİNİN OKULUNA GÖRE KONTROL EDİLMELİDİR.</w:t>
      </w:r>
    </w:p>
    <w:p>
      <w:pPr>
        <w:keepLines/>
        <w:spacing w:after="280"/>
      </w:pPr>
      <w:r>
        <w:rPr>
          <w:b/>
        </w:rPr>
        <w:t>ÖRNEK BAHAR ORTAOKULU MÜDÜRLÜĞÜNE</w:t>
      </w:r>
    </w:p>
    <w:p>
      <w:pPr>
        <w:keepLines/>
      </w:pPr>
      <w:r>
        <w:t>Konu: Seçmeli ders tercihlerinin bildirilmesi</w:t>
      </w:r>
    </w:p>
    <w:p>
      <w:pPr>
        <w:keepLines/>
      </w:pPr>
      <w:r>
        <w:t>Okulunuzun 5/A sınıfında öğrenim gören 204 numaralı Deniz Örnek isimli öğrencinin velisiyim.</w:t>
      </w:r>
    </w:p>
    <w:p>
      <w:pPr>
        <w:keepLines/>
      </w:pPr>
      <w:r>
        <w:t>Öğrencimle birlikte değerlendirdiğimiz 2027-2028 eğitim öğretim yılı, 6 ncı sınıf seçmeli ders tercihleri aşağıdadır:</w:t>
      </w:r>
    </w:p>
    <w:p>
      <w:pPr>
        <w:keepLines/>
      </w:pPr>
      <w:r>
        <w:t>1. Bilim Uygulamaları</w:t>
      </w:r>
    </w:p>
    <w:p>
      <w:pPr>
        <w:keepLines/>
      </w:pPr>
      <w:r>
        <w:t>2. Okuma Becerileri</w:t>
      </w:r>
    </w:p>
    <w:p>
      <w:pPr>
        <w:keepLines/>
      </w:pPr>
      <w:r>
        <w:t>Bu liste, dilekçe düzenini göstermek amacıyla verilmiştir. Gerçek başvuruda öğrencinin sınıfına ait güncel çizelgeye göre gerekli ders sayısı ve saatleri tamamlanacaktır.</w:t>
      </w:r>
    </w:p>
    <w:p>
      <w:pPr>
        <w:keepLines/>
      </w:pPr>
      <w:r>
        <w:t>Tercihlerin ilgili haftalık ders çizelgesi, okulun imkânları ve yürürlükteki seçim takvimi çerçevesinde değerlendirilerek gerekli işlemlerin yapılmasını; açılamayan ders bulunması hâlinde yeniden tercih yapabilmek için tarafımıza bilgi verilmesini arz ederim.</w:t>
      </w:r>
    </w:p>
    <w:p>
      <w:pPr>
        <w:keepLines/>
      </w:pPr>
      <w:r>
        <w:t>Tarih: 15 Ocak 2027</w:t>
      </w:r>
    </w:p>
    <w:p>
      <w:pPr>
        <w:keepLines/>
      </w:pPr>
      <w:r>
        <w:t>Velinin adı soyadı: Ekin Örnek</w:t>
      </w:r>
    </w:p>
    <w:p>
      <w:pPr>
        <w:keepLines/>
      </w:pPr>
      <w:r>
        <w:t>Telefon: [Veli tarafından doldurulur]</w:t>
      </w:r>
    </w:p>
    <w:p>
      <w:pPr>
        <w:keepLines/>
      </w:pPr>
      <w:r>
        <w:t>İmza: [Veli tarafından imzalanır]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sectPr w:rsidR="00FC693F" w:rsidRPr="0006063C" w:rsidSect="00034616">
      <w:pgSz w:w="11906" w:h="16838"/>
      <w:pgMar w:top="119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Seçmeli Ders Tercih Dilekçesi</dc:title>
  <dc:subject>Veli dilekçesi örneği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