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Veli İletişim Bilgileri Güncelleme Dilekçesi</w:t>
      </w:r>
    </w:p>
    <w:p>
      <w:pPr>
        <w:spacing w:after="320"/>
      </w:pPr>
      <w:r>
        <w:rPr>
          <w:sz w:val="18"/>
        </w:rPr>
        <w:t>Boş ve düzenlenebilir dilekçe örneği</w:t>
      </w:r>
    </w:p>
    <w:p>
      <w:pPr>
        <w:keepLines/>
        <w:spacing w:after="280"/>
      </w:pPr>
      <w:r>
        <w:rPr>
          <w:b/>
        </w:rPr>
        <w:t>[OKULUN TAM ADI] MÜDÜRLÜĞÜNE</w:t>
      </w:r>
    </w:p>
    <w:p>
      <w:pPr>
        <w:keepLines/>
      </w:pPr>
      <w:r>
        <w:t>[İLÇE / İL]</w:t>
      </w:r>
    </w:p>
    <w:p>
      <w:pPr>
        <w:keepLines/>
      </w:pPr>
      <w:r>
        <w:t>Konu: Veli iletişim bilgilerinin güncellenmesi</w:t>
      </w:r>
    </w:p>
    <w:p>
      <w:pPr>
        <w:keepLines/>
      </w:pPr>
      <w:r>
        <w:t>Okulunuzun [sınıf / şube] sınıfında öğrenim gören [okul numarası] numaralı [öğrencinin adı soyadı] adlı öğrencinin velisiyim.</w:t>
      </w:r>
    </w:p>
    <w:p>
      <w:pPr>
        <w:keepLines/>
      </w:pPr>
      <w:r>
        <w:t>Okul kayıtlarında bulunan tarafıma ait iletişim bilgilerinin aşağıda belirttiğim şekilde güncellenmesini, okulunuzun yetkisi kapsamındaki ilgili iletişim kayıtlarına işlenmesini arz ederim.</w:t>
      </w:r>
    </w:p>
    <w:p>
      <w:pPr>
        <w:keepLines/>
      </w:pPr>
      <w:r>
        <w:t>Güncellenecek alan: [Telefon / E-posta / İletişim adresi]</w:t>
      </w:r>
    </w:p>
    <w:p>
      <w:pPr>
        <w:keepLines/>
      </w:pPr>
      <w:r>
        <w:t>Eski bilgi: [İşlem için gerekiyorsa belirtiniz.]</w:t>
      </w:r>
    </w:p>
    <w:p>
      <w:pPr>
        <w:keepLines/>
      </w:pPr>
      <w:r>
        <w:t>Yeni cep telefonu: [................................]</w:t>
      </w:r>
    </w:p>
    <w:p>
      <w:pPr>
        <w:keepLines/>
      </w:pPr>
      <w:r>
        <w:t>Yeni e-posta adresi: [................................]</w:t>
      </w:r>
    </w:p>
    <w:p>
      <w:pPr>
        <w:keepLines/>
      </w:pPr>
      <w:r>
        <w:t>Yeni iletişim adresi: [................................]</w:t>
      </w:r>
    </w:p>
    <w:p>
      <w:pPr>
        <w:keepLines/>
      </w:pPr>
      <w:r>
        <w:t>Öncelikli iletişim numarası: [................................]</w:t>
      </w:r>
    </w:p>
    <w:p>
      <w:pPr>
        <w:keepLines/>
      </w:pPr>
      <w:r>
        <w:t>Açıklama: [Örneğin eski numaranın artık kullanılmaması. Gerek yoksa siliniz.]</w:t>
      </w:r>
    </w:p>
    <w:p>
      <w:pPr>
        <w:keepLines/>
      </w:pPr>
      <w:r>
        <w:t>Tarih: [gg.aa.yyyy]</w:t>
      </w:r>
    </w:p>
    <w:p>
      <w:pPr>
        <w:keepLines/>
      </w:pPr>
      <w:r>
        <w:t>Veli adı soyadı: [................................]</w:t>
      </w:r>
    </w:p>
    <w:p>
      <w:pPr>
        <w:keepLines/>
      </w:pPr>
      <w:r>
        <w:t>İmza: [................................]</w:t>
      </w:r>
    </w:p>
    <w:p>
      <w:pPr>
        <w:keepLines/>
      </w:pPr>
      <w:r>
        <w:t>Not: Değişmeyen veya kullanılmayan bilgi satırlarını başvurudan önce siliniz.</w:t>
      </w:r>
    </w:p>
    <w:p>
      <w:pPr>
        <w:spacing w:before="300"/>
      </w:pPr>
      <w:r>
        <w:rPr>
          <w:sz w:val="16"/>
        </w:rPr>
        <w:t>Kullanım notu: Yardımcı örnektir; zorunlu resmî form değildir. Okulun güncel başvuru usulünü esas alın. Köşeli parantezli alanları doldurun; başvuru için yalnız ilgili dilekçe sayfasını kullanın.</w:t>
      </w:r>
    </w:p>
    <w:p>
      <w:r>
        <w:br w:type="page"/>
      </w:r>
    </w:p>
    <w:p>
      <w:pPr>
        <w:pStyle w:val="Title"/>
      </w:pPr>
      <w:r>
        <w:t>Veli İletişim Bilgileri Güncelleme Dilekçesi</w:t>
      </w:r>
    </w:p>
    <w:p>
      <w:pPr>
        <w:spacing w:after="320"/>
      </w:pPr>
      <w:r>
        <w:rPr>
          <w:sz w:val="18"/>
        </w:rPr>
        <w:t>Doldurulmuş örnek  •  Tüm kişi ve okul adları kurgusaldır</w:t>
      </w:r>
    </w:p>
    <w:p>
      <w:pPr>
        <w:keepLines/>
        <w:spacing w:after="280"/>
      </w:pPr>
      <w:r>
        <w:rPr>
          <w:b/>
        </w:rPr>
        <w:t>ÖRNEK ORTAOKULU MÜDÜRLÜĞÜNE</w:t>
      </w:r>
    </w:p>
    <w:p>
      <w:pPr>
        <w:keepLines/>
      </w:pPr>
      <w:r>
        <w:t>[İlçe / İl]</w:t>
      </w:r>
    </w:p>
    <w:p>
      <w:pPr>
        <w:keepLines/>
      </w:pPr>
      <w:r>
        <w:t>Konu: Veli iletişim bilgilerinin güncellenmesi</w:t>
      </w:r>
    </w:p>
    <w:p>
      <w:pPr>
        <w:keepLines/>
      </w:pPr>
      <w:r>
        <w:t>Okulunuzun 6/B sınıfında öğrenim gören 246 numaralı Deniz Örnek adlı öğrencinin velisiyim.</w:t>
      </w:r>
    </w:p>
    <w:p>
      <w:pPr>
        <w:keepLines/>
      </w:pPr>
      <w:r>
        <w:t>Okul kayıtlarında bulunan telefon numaramı artık kullanmıyorum. Tarafıma ait güncel telefon numarasının, okulunuzun yetkisi kapsamındaki ilgili iletişim kayıtlarına işlenmesini arz ederim.</w:t>
      </w:r>
    </w:p>
    <w:p>
      <w:pPr>
        <w:keepLines/>
      </w:pPr>
      <w:r>
        <w:t>Eski cep telefonu: [eski telefon]</w:t>
      </w:r>
    </w:p>
    <w:p>
      <w:pPr>
        <w:keepLines/>
      </w:pPr>
      <w:r>
        <w:t>Yeni cep telefonu: [yeni telefon]</w:t>
      </w:r>
    </w:p>
    <w:p>
      <w:pPr>
        <w:keepLines/>
      </w:pPr>
      <w:r>
        <w:t>Öncelikli iletişim numarası: [yeni telefon]</w:t>
      </w:r>
    </w:p>
    <w:p>
      <w:pPr>
        <w:keepLines/>
      </w:pPr>
      <w:r>
        <w:t>Tarih: 03.11.2026</w:t>
      </w:r>
    </w:p>
    <w:p>
      <w:pPr>
        <w:keepLines/>
      </w:pPr>
      <w:r>
        <w:t>Veli adı soyadı: Ece Örnek</w:t>
      </w:r>
    </w:p>
    <w:p>
      <w:pPr>
        <w:keepLines/>
      </w:pPr>
      <w:r>
        <w:t>İmza: [imza]</w:t>
      </w:r>
    </w:p>
    <w:p>
      <w:pPr>
        <w:spacing w:before="300"/>
      </w:pPr>
      <w:r>
        <w:rPr>
          <w:sz w:val="16"/>
        </w:rPr>
        <w:t>Kullanım notu: Yardımcı örnektir; zorunlu resmî form değildir. Okulun güncel başvuru usulünü esas alın. Köşeli parantezli alanları doldurun; başvuru için yalnız ilgili dilekçe sayfasını kullanın.</w:t>
      </w:r>
    </w:p>
    <w:sectPr w:rsidR="00FC693F" w:rsidRPr="0006063C" w:rsidSect="00034616">
      <w:pgSz w:w="11906" w:h="16838"/>
      <w:pgMar w:top="1191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Veli İletişim Bilgileri Güncelleme Dilekçesi</dc:title>
  <dc:subject>Veli dilekçesi örneği</dc:subject>
  <dc:creator>MEBBilgi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