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Öğrenci Belgesi Talep Dilekçesi</w:t>
      </w:r>
    </w:p>
    <w:p>
      <w:pPr>
        <w:spacing w:after="320"/>
      </w:pPr>
      <w:r>
        <w:rPr>
          <w:sz w:val="18"/>
        </w:rPr>
        <w:t>Boş ve düzenlenebilir dilekçe örneği</w:t>
      </w:r>
    </w:p>
    <w:p>
      <w:pPr>
        <w:keepLines/>
        <w:spacing w:after="280"/>
      </w:pPr>
      <w:r>
        <w:rPr>
          <w:b/>
        </w:rPr>
        <w:t>[OKULUN TAM ADI] MÜDÜRLÜĞÜNE</w:t>
      </w:r>
    </w:p>
    <w:p>
      <w:pPr>
        <w:keepLines/>
      </w:pPr>
      <w:r>
        <w:t>[İLÇE / İL]</w:t>
      </w:r>
    </w:p>
    <w:p>
      <w:pPr>
        <w:keepLines/>
      </w:pPr>
      <w:r>
        <w:t>Konu: Öğrenci belgesi talebi</w:t>
      </w:r>
    </w:p>
    <w:p>
      <w:pPr>
        <w:keepLines/>
      </w:pPr>
      <w:r>
        <w:t>Okulunuzun [sınıf / şube] sınıfında öğrenim gören [okul numarası] numaralı [öğrencinin adı soyadı] adlı öğrencinin velisiyim.</w:t>
      </w:r>
    </w:p>
    <w:p>
      <w:pPr>
        <w:keepLines/>
      </w:pPr>
      <w:r>
        <w:t>[Belgenin kullanılacağı kurum veya başvuru amacı] için kullanılmak üzere öğrencinin güncel öğrencilik durumunu gösteren [adet] adet öğrenci belgesinin düzenlenmesini arz ederim.</w:t>
      </w:r>
    </w:p>
    <w:p>
      <w:pPr>
        <w:keepLines/>
      </w:pPr>
      <w:r>
        <w:t>Tarih: [gg.aa.yyyy]</w:t>
      </w:r>
    </w:p>
    <w:p>
      <w:pPr>
        <w:keepLines/>
      </w:pPr>
      <w:r>
        <w:t>Veli adı soyadı: [................................]</w:t>
      </w:r>
    </w:p>
    <w:p>
      <w:pPr>
        <w:keepLines/>
      </w:pPr>
      <w:r>
        <w:t>İmza: [................................]</w:t>
      </w:r>
    </w:p>
    <w:p>
      <w:pPr>
        <w:keepLines/>
      </w:pPr>
      <w:r>
        <w:t>Telefon: [................................]</w:t>
      </w:r>
    </w:p>
    <w:p>
      <w:pPr>
        <w:keepLines/>
      </w:pPr>
      <w:r>
        <w:t>Ek: [Varsa, belgeyi isteyen kuruluşun ilgili talebi. Ek yoksa bu satırı siliniz.]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p>
      <w:r>
        <w:br w:type="page"/>
      </w:r>
    </w:p>
    <w:p>
      <w:pPr>
        <w:pStyle w:val="Title"/>
      </w:pPr>
      <w:r>
        <w:t>Öğrenci Belgesi Talep Dilekçesi</w:t>
      </w:r>
    </w:p>
    <w:p>
      <w:pPr>
        <w:spacing w:after="320"/>
      </w:pPr>
      <w:r>
        <w:rPr>
          <w:sz w:val="18"/>
        </w:rPr>
        <w:t>Doldurulmuş örnek  •  Tüm kişi ve okul adları kurgusaldır</w:t>
      </w:r>
    </w:p>
    <w:p>
      <w:pPr>
        <w:keepLines/>
        <w:spacing w:after="280"/>
      </w:pPr>
      <w:r>
        <w:rPr>
          <w:b/>
        </w:rPr>
        <w:t>ÖRNEK ORTAOKULU MÜDÜRLÜĞÜNE</w:t>
      </w:r>
    </w:p>
    <w:p>
      <w:pPr>
        <w:keepLines/>
      </w:pPr>
      <w:r>
        <w:t>[İlçe / İl]</w:t>
      </w:r>
    </w:p>
    <w:p>
      <w:pPr>
        <w:keepLines/>
      </w:pPr>
      <w:r>
        <w:t>Konu: Öğrenci belgesi talebi</w:t>
      </w:r>
    </w:p>
    <w:p>
      <w:pPr>
        <w:keepLines/>
      </w:pPr>
      <w:r>
        <w:t>Okulunuzun 6/B sınıfında öğrenim gören 246 numaralı Deniz Örnek adlı öğrencinin velisiyim.</w:t>
      </w:r>
    </w:p>
    <w:p>
      <w:pPr>
        <w:keepLines/>
      </w:pPr>
      <w:r>
        <w:t>Spor kursu kaydı için kullanılmak üzere öğrencinin güncel öğrencilik durumunu gösteren bir adet öğrenci belgesinin düzenlenmesini arz ederim.</w:t>
      </w:r>
    </w:p>
    <w:p>
      <w:pPr>
        <w:keepLines/>
      </w:pPr>
      <w:r>
        <w:t>Tarih: 03.11.2026</w:t>
      </w:r>
    </w:p>
    <w:p>
      <w:pPr>
        <w:keepLines/>
      </w:pPr>
      <w:r>
        <w:t>Veli adı soyadı: Ece Örnek</w:t>
      </w:r>
    </w:p>
    <w:p>
      <w:pPr>
        <w:keepLines/>
      </w:pPr>
      <w:r>
        <w:t>İmza: [imza]</w:t>
      </w:r>
    </w:p>
    <w:p>
      <w:pPr>
        <w:keepLines/>
      </w:pPr>
      <w:r>
        <w:t>Telefon: [telefon]</w:t>
      </w:r>
    </w:p>
    <w:p>
      <w:pPr>
        <w:spacing w:before="300"/>
      </w:pPr>
      <w:r>
        <w:rPr>
          <w:sz w:val="16"/>
        </w:rPr>
        <w:t>Kullanım notu: Yardımcı örnektir; zorunlu resmî form değildir. Okulun güncel başvuru usulünü esas alın. Köşeli parantezli alanları doldurun; başvuru için yalnız ilgili dilekçe sayfasını kullanın.</w:t>
      </w:r>
    </w:p>
    <w:sectPr w:rsidR="00FC693F" w:rsidRPr="0006063C" w:rsidSect="00034616">
      <w:pgSz w:w="11906" w:h="16838"/>
      <w:pgMar w:top="119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Belgesi Talep Dilekçesi</dc:title>
  <dc:subject>Veli dilekçesi örneği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